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D077F" w14:textId="02D260F0" w:rsidR="002E793F" w:rsidRPr="004B38C6" w:rsidRDefault="6E9FFEC7" w:rsidP="6F64973B">
      <w:pPr>
        <w:jc w:val="center"/>
        <w:rPr>
          <w:rFonts w:ascii="Garamond" w:hAnsi="Garamond" w:cs="Times New Roman"/>
          <w:sz w:val="28"/>
          <w:szCs w:val="28"/>
          <w:lang w:val="hu-HU"/>
        </w:rPr>
      </w:pPr>
      <w:r w:rsidRPr="004B38C6">
        <w:rPr>
          <w:rFonts w:ascii="Garamond" w:hAnsi="Garamond" w:cs="Times New Roman"/>
          <w:b/>
          <w:bCs/>
          <w:sz w:val="28"/>
          <w:szCs w:val="28"/>
          <w:lang w:val="hu-HU"/>
        </w:rPr>
        <w:t>EGYÜTTMŰKÖDÉSI SZÁNDÉKNYILATKOZAT</w:t>
      </w:r>
    </w:p>
    <w:p w14:paraId="66053C92" w14:textId="1C2583C1" w:rsidR="002E793F" w:rsidRPr="004B38C6" w:rsidRDefault="55D68B8E" w:rsidP="6C41EA29">
      <w:pPr>
        <w:jc w:val="center"/>
        <w:rPr>
          <w:rFonts w:ascii="Garamond" w:hAnsi="Garamond" w:cs="Times New Roman"/>
          <w:sz w:val="24"/>
          <w:szCs w:val="24"/>
          <w:lang w:val="hu-HU"/>
        </w:rPr>
      </w:pPr>
      <w:r w:rsidRPr="004B38C6">
        <w:rPr>
          <w:rFonts w:ascii="Garamond" w:hAnsi="Garamond" w:cs="Times New Roman"/>
          <w:sz w:val="24"/>
          <w:szCs w:val="24"/>
          <w:lang w:val="hu-HU"/>
        </w:rPr>
        <w:t>Partneri szándéknyilatkozat a „Technológia Transzfer Vállalatok (TTC) hálózatának fejlesztése” pályázati felhíváshoz (kódszám: 2026-1.1.2-TTC)</w:t>
      </w:r>
    </w:p>
    <w:p w14:paraId="6920AEB7" w14:textId="77777777" w:rsidR="00C13091" w:rsidRPr="004B38C6" w:rsidRDefault="00C13091" w:rsidP="00F36883">
      <w:pPr>
        <w:jc w:val="both"/>
        <w:rPr>
          <w:rFonts w:ascii="Garamond" w:hAnsi="Garamond" w:cs="Times New Roman"/>
          <w:sz w:val="24"/>
          <w:szCs w:val="24"/>
          <w:lang w:val="hu-HU"/>
        </w:rPr>
      </w:pPr>
    </w:p>
    <w:p w14:paraId="0207CB1E" w14:textId="0915D1D0" w:rsidR="00F36883" w:rsidRPr="004B38C6" w:rsidRDefault="000D1BD0" w:rsidP="00F36883">
      <w:pPr>
        <w:jc w:val="both"/>
        <w:rPr>
          <w:rFonts w:ascii="Garamond" w:hAnsi="Garamond" w:cs="Times New Roman"/>
          <w:sz w:val="24"/>
          <w:szCs w:val="24"/>
          <w:lang w:val="hu-HU"/>
        </w:rPr>
      </w:pPr>
      <w:r w:rsidRPr="004B38C6">
        <w:rPr>
          <w:rFonts w:ascii="Garamond" w:hAnsi="Garamond"/>
          <w:sz w:val="24"/>
          <w:szCs w:val="24"/>
          <w:lang w:val="hu-HU"/>
        </w:rPr>
        <w:t xml:space="preserve">Alulírott </w:t>
      </w:r>
      <w:r w:rsidRPr="000B2BF6">
        <w:rPr>
          <w:rFonts w:ascii="Garamond" w:hAnsi="Garamond"/>
          <w:sz w:val="24"/>
          <w:szCs w:val="24"/>
          <w:lang w:val="hu-HU"/>
        </w:rPr>
        <w:t>……………………………, mint a(z) ……………………… (székhely: ……………………………</w:t>
      </w:r>
      <w:proofErr w:type="gramStart"/>
      <w:r w:rsidRPr="000B2BF6">
        <w:rPr>
          <w:rFonts w:ascii="Garamond" w:hAnsi="Garamond"/>
          <w:sz w:val="24"/>
          <w:szCs w:val="24"/>
          <w:lang w:val="hu-HU"/>
        </w:rPr>
        <w:t>…….</w:t>
      </w:r>
      <w:proofErr w:type="gramEnd"/>
      <w:r w:rsidRPr="000B2BF6">
        <w:rPr>
          <w:rFonts w:ascii="Garamond" w:hAnsi="Garamond"/>
          <w:sz w:val="24"/>
          <w:szCs w:val="24"/>
          <w:lang w:val="hu-HU"/>
        </w:rPr>
        <w:t>.;</w:t>
      </w:r>
      <w:r w:rsidR="000B2BF6">
        <w:rPr>
          <w:rFonts w:ascii="Garamond" w:hAnsi="Garamond"/>
          <w:sz w:val="24"/>
          <w:szCs w:val="24"/>
          <w:lang w:val="hu-HU"/>
        </w:rPr>
        <w:t xml:space="preserve"> </w:t>
      </w:r>
      <w:r w:rsidR="00480025" w:rsidRPr="000B2BF6">
        <w:rPr>
          <w:rFonts w:ascii="Garamond" w:hAnsi="Garamond"/>
          <w:sz w:val="24"/>
          <w:szCs w:val="24"/>
          <w:lang w:val="hu-HU"/>
        </w:rPr>
        <w:t>cégjegyzékszám / nyilvántartási szám: ……………………………………</w:t>
      </w:r>
      <w:proofErr w:type="gramStart"/>
      <w:r w:rsidR="00480025" w:rsidRPr="000B2BF6">
        <w:rPr>
          <w:rFonts w:ascii="Garamond" w:hAnsi="Garamond"/>
          <w:sz w:val="24"/>
          <w:szCs w:val="24"/>
          <w:lang w:val="hu-HU"/>
        </w:rPr>
        <w:t>…….</w:t>
      </w:r>
      <w:proofErr w:type="gramEnd"/>
      <w:r w:rsidR="00480025" w:rsidRPr="000B2BF6">
        <w:rPr>
          <w:rFonts w:ascii="Garamond" w:hAnsi="Garamond"/>
          <w:sz w:val="24"/>
          <w:szCs w:val="24"/>
          <w:lang w:val="hu-HU"/>
        </w:rPr>
        <w:t>.</w:t>
      </w:r>
      <w:r w:rsidRPr="000B2BF6">
        <w:rPr>
          <w:rFonts w:ascii="Garamond" w:hAnsi="Garamond"/>
          <w:sz w:val="24"/>
          <w:szCs w:val="24"/>
          <w:lang w:val="hu-HU"/>
        </w:rPr>
        <w:t xml:space="preserve"> adószám: ………………………….., a továbbiakban:</w:t>
      </w:r>
      <w:r w:rsidR="00EA2CF0" w:rsidRPr="000B2BF6">
        <w:rPr>
          <w:rFonts w:ascii="Garamond" w:hAnsi="Garamond"/>
          <w:sz w:val="24"/>
          <w:szCs w:val="24"/>
          <w:lang w:val="hu-HU"/>
        </w:rPr>
        <w:t xml:space="preserve"> Társaság vagy</w:t>
      </w:r>
      <w:r w:rsidRPr="000B2BF6">
        <w:rPr>
          <w:rFonts w:ascii="Garamond" w:hAnsi="Garamond"/>
          <w:sz w:val="24"/>
          <w:szCs w:val="24"/>
          <w:lang w:val="hu-HU"/>
        </w:rPr>
        <w:t xml:space="preserve"> </w:t>
      </w:r>
      <w:r w:rsidR="00AD6832" w:rsidRPr="000B2BF6">
        <w:rPr>
          <w:rFonts w:ascii="Garamond" w:hAnsi="Garamond"/>
          <w:sz w:val="24"/>
          <w:szCs w:val="24"/>
          <w:lang w:val="hu-HU"/>
        </w:rPr>
        <w:t>Partner</w:t>
      </w:r>
      <w:r w:rsidRPr="000B2BF6">
        <w:rPr>
          <w:rFonts w:ascii="Garamond" w:hAnsi="Garamond"/>
          <w:sz w:val="24"/>
          <w:szCs w:val="24"/>
          <w:lang w:val="hu-HU"/>
        </w:rPr>
        <w:t xml:space="preserve">) nyilatkozattételre jogosult képviselője nyilatkozom, hogy az általam képviselt </w:t>
      </w:r>
      <w:r w:rsidR="00C95CAC" w:rsidRPr="000B2BF6">
        <w:rPr>
          <w:rFonts w:ascii="Garamond" w:hAnsi="Garamond"/>
          <w:sz w:val="24"/>
          <w:szCs w:val="24"/>
          <w:lang w:val="hu-HU"/>
        </w:rPr>
        <w:t>T</w:t>
      </w:r>
      <w:r w:rsidR="001A779F" w:rsidRPr="000B2BF6">
        <w:rPr>
          <w:rFonts w:ascii="Garamond" w:hAnsi="Garamond"/>
          <w:sz w:val="24"/>
          <w:szCs w:val="24"/>
          <w:lang w:val="hu-HU"/>
        </w:rPr>
        <w:t>ársaság</w:t>
      </w:r>
      <w:r w:rsidR="005746E2" w:rsidRPr="000B2BF6">
        <w:rPr>
          <w:rFonts w:ascii="Garamond" w:hAnsi="Garamond"/>
          <w:sz w:val="24"/>
          <w:szCs w:val="24"/>
          <w:lang w:val="hu-HU"/>
        </w:rPr>
        <w:t xml:space="preserve"> </w:t>
      </w:r>
      <w:r w:rsidR="00E61F1F" w:rsidRPr="000B2BF6">
        <w:rPr>
          <w:rFonts w:ascii="Garamond" w:hAnsi="Garamond"/>
          <w:sz w:val="24"/>
          <w:szCs w:val="24"/>
          <w:lang w:val="hu-HU"/>
        </w:rPr>
        <w:t xml:space="preserve">a </w:t>
      </w:r>
      <w:r w:rsidR="00F36883" w:rsidRPr="000B2BF6">
        <w:rPr>
          <w:rFonts w:ascii="Garamond" w:hAnsi="Garamond" w:cs="Times New Roman"/>
          <w:sz w:val="24"/>
          <w:szCs w:val="24"/>
          <w:lang w:val="hu-HU"/>
        </w:rPr>
        <w:t>Kulturális és Innovációs Minisztérium  által, a Nemzeti Kutatási, Fejlesztési és Innovációs Hivatal, mint kezelő szerv (a továbbiakban: NKFI Hivatal vagy Kezelő szerv) útján, a Nemzeti Kutatási, Fejlesztési és Innovációs Alap terhére meghirdetett „Technológia Transzfer Vállalatok (TTC) hálózatának fejlesztése” tárgyú (kódszám: 2026-1.1.2-TTC) felhívás</w:t>
      </w:r>
      <w:r w:rsidR="00842358" w:rsidRPr="000B2BF6">
        <w:rPr>
          <w:rFonts w:ascii="Garamond" w:hAnsi="Garamond" w:cs="Times New Roman"/>
          <w:sz w:val="24"/>
          <w:szCs w:val="24"/>
          <w:lang w:val="hu-HU"/>
        </w:rPr>
        <w:t xml:space="preserve"> (a továbbiakban: Felhívás</w:t>
      </w:r>
      <w:r w:rsidR="00A82D0E" w:rsidRPr="000B2BF6">
        <w:rPr>
          <w:rFonts w:ascii="Garamond" w:hAnsi="Garamond" w:cs="Times New Roman"/>
          <w:sz w:val="24"/>
          <w:szCs w:val="24"/>
          <w:lang w:val="hu-HU"/>
        </w:rPr>
        <w:t>)</w:t>
      </w:r>
      <w:r w:rsidR="00F36883" w:rsidRPr="000B2BF6">
        <w:rPr>
          <w:rFonts w:ascii="Garamond" w:hAnsi="Garamond" w:cs="Times New Roman"/>
          <w:sz w:val="24"/>
          <w:szCs w:val="24"/>
          <w:lang w:val="hu-HU"/>
        </w:rPr>
        <w:t xml:space="preserve"> célkitűzéseivel összhangban </w:t>
      </w:r>
      <w:r w:rsidR="007D43BC" w:rsidRPr="000B2BF6">
        <w:rPr>
          <w:rFonts w:ascii="Garamond" w:hAnsi="Garamond" w:cs="Times New Roman"/>
          <w:sz w:val="24"/>
          <w:szCs w:val="24"/>
          <w:lang w:val="hu-HU"/>
        </w:rPr>
        <w:t xml:space="preserve">a </w:t>
      </w:r>
      <w:r w:rsidR="00A82D0E" w:rsidRPr="000B2BF6">
        <w:rPr>
          <w:rFonts w:ascii="Garamond" w:hAnsi="Garamond" w:cs="Times New Roman"/>
          <w:sz w:val="24"/>
          <w:szCs w:val="24"/>
          <w:lang w:val="hu-HU"/>
        </w:rPr>
        <w:t>F</w:t>
      </w:r>
      <w:r w:rsidR="007D43BC" w:rsidRPr="000B2BF6">
        <w:rPr>
          <w:rFonts w:ascii="Garamond" w:hAnsi="Garamond" w:cs="Times New Roman"/>
          <w:sz w:val="24"/>
          <w:szCs w:val="24"/>
          <w:lang w:val="hu-HU"/>
        </w:rPr>
        <w:t xml:space="preserve">elhívás </w:t>
      </w:r>
      <w:r w:rsidR="0097379E" w:rsidRPr="000B2BF6">
        <w:rPr>
          <w:rFonts w:ascii="Garamond" w:hAnsi="Garamond" w:cs="Times New Roman"/>
          <w:sz w:val="24"/>
          <w:szCs w:val="24"/>
          <w:lang w:val="hu-HU"/>
        </w:rPr>
        <w:t xml:space="preserve"> „</w:t>
      </w:r>
      <w:r w:rsidR="00AB6FD8" w:rsidRPr="000B2BF6">
        <w:rPr>
          <w:rFonts w:ascii="Garamond" w:hAnsi="Garamond" w:cs="Times New Roman"/>
          <w:sz w:val="24"/>
          <w:szCs w:val="24"/>
          <w:lang w:val="hu-HU"/>
        </w:rPr>
        <w:t>C</w:t>
      </w:r>
      <w:r w:rsidR="0097379E" w:rsidRPr="000B2BF6">
        <w:rPr>
          <w:rFonts w:ascii="Garamond" w:hAnsi="Garamond" w:cs="Times New Roman"/>
          <w:sz w:val="24"/>
          <w:szCs w:val="24"/>
          <w:lang w:val="hu-HU"/>
        </w:rPr>
        <w:t xml:space="preserve">” programjához </w:t>
      </w:r>
      <w:r w:rsidR="00582C55" w:rsidRPr="000B2BF6">
        <w:rPr>
          <w:rFonts w:ascii="Garamond" w:hAnsi="Garamond" w:cs="Times New Roman"/>
          <w:sz w:val="24"/>
          <w:szCs w:val="24"/>
          <w:lang w:val="hu-HU"/>
        </w:rPr>
        <w:t xml:space="preserve">kapcsolódóan </w:t>
      </w:r>
      <w:r w:rsidR="00DB5F2B" w:rsidRPr="000B2BF6">
        <w:rPr>
          <w:rFonts w:ascii="Garamond" w:hAnsi="Garamond" w:cs="Times New Roman"/>
          <w:sz w:val="24"/>
          <w:szCs w:val="24"/>
          <w:lang w:val="hu-HU"/>
        </w:rPr>
        <w:t>Pályázóh</w:t>
      </w:r>
      <w:r w:rsidR="0053532F" w:rsidRPr="000B2BF6">
        <w:rPr>
          <w:rFonts w:ascii="Garamond" w:hAnsi="Garamond" w:cs="Times New Roman"/>
          <w:sz w:val="24"/>
          <w:szCs w:val="24"/>
          <w:lang w:val="hu-HU"/>
        </w:rPr>
        <w:t>o</w:t>
      </w:r>
      <w:r w:rsidR="00DB5F2B" w:rsidRPr="000B2BF6">
        <w:rPr>
          <w:rFonts w:ascii="Garamond" w:hAnsi="Garamond" w:cs="Times New Roman"/>
          <w:sz w:val="24"/>
          <w:szCs w:val="24"/>
          <w:lang w:val="hu-HU"/>
        </w:rPr>
        <w:t>z</w:t>
      </w:r>
      <w:r w:rsidR="006352EF" w:rsidRPr="000B2BF6">
        <w:rPr>
          <w:rFonts w:ascii="Garamond" w:hAnsi="Garamond" w:cs="Times New Roman"/>
          <w:sz w:val="24"/>
          <w:szCs w:val="24"/>
          <w:lang w:val="hu-HU"/>
        </w:rPr>
        <w:t xml:space="preserve"> (</w:t>
      </w:r>
      <w:r w:rsidR="00E512C8" w:rsidRPr="000B2BF6">
        <w:rPr>
          <w:rFonts w:ascii="Garamond" w:hAnsi="Garamond" w:cs="Times New Roman"/>
          <w:sz w:val="24"/>
          <w:szCs w:val="24"/>
          <w:lang w:val="hu-HU"/>
        </w:rPr>
        <w:t>Pályázó neve:</w:t>
      </w:r>
      <w:r w:rsidR="00866357" w:rsidRPr="000B2BF6">
        <w:rPr>
          <w:rFonts w:ascii="Garamond" w:hAnsi="Garamond" w:cs="Times New Roman"/>
          <w:sz w:val="24"/>
          <w:szCs w:val="24"/>
          <w:lang w:val="hu-HU"/>
        </w:rPr>
        <w:t xml:space="preserve"> ……………………………………., </w:t>
      </w:r>
      <w:r w:rsidR="007115F1" w:rsidRPr="000B2BF6">
        <w:rPr>
          <w:rFonts w:ascii="Garamond" w:hAnsi="Garamond" w:cs="Times New Roman"/>
          <w:sz w:val="24"/>
          <w:szCs w:val="24"/>
          <w:lang w:val="hu-HU"/>
        </w:rPr>
        <w:t>székhely</w:t>
      </w:r>
      <w:r w:rsidR="00866357" w:rsidRPr="000B2BF6">
        <w:rPr>
          <w:rFonts w:ascii="Garamond" w:hAnsi="Garamond" w:cs="Times New Roman"/>
          <w:sz w:val="24"/>
          <w:szCs w:val="24"/>
          <w:lang w:val="hu-HU"/>
        </w:rPr>
        <w:t>:</w:t>
      </w:r>
      <w:r w:rsidR="00CE55C2" w:rsidRPr="000B2BF6">
        <w:rPr>
          <w:rFonts w:ascii="Garamond" w:hAnsi="Garamond" w:cs="Times New Roman"/>
          <w:sz w:val="24"/>
          <w:szCs w:val="24"/>
          <w:lang w:val="hu-HU"/>
        </w:rPr>
        <w:t xml:space="preserve"> ……………………………………, </w:t>
      </w:r>
      <w:r w:rsidR="00C707D1" w:rsidRPr="000B2BF6">
        <w:rPr>
          <w:rFonts w:ascii="Garamond" w:hAnsi="Garamond" w:cs="Times New Roman"/>
          <w:sz w:val="24"/>
          <w:szCs w:val="24"/>
          <w:lang w:val="hu-HU"/>
        </w:rPr>
        <w:t xml:space="preserve">cégjegyzékszám/ nyilvántartási szám: ………………………, </w:t>
      </w:r>
      <w:r w:rsidR="00CE55C2" w:rsidRPr="000B2BF6">
        <w:rPr>
          <w:rFonts w:ascii="Garamond" w:hAnsi="Garamond" w:cs="Times New Roman"/>
          <w:sz w:val="24"/>
          <w:szCs w:val="24"/>
          <w:lang w:val="hu-HU"/>
        </w:rPr>
        <w:t>adószám: ………………………………………, képviseli: ………………………………..)</w:t>
      </w:r>
      <w:r w:rsidR="002B77A5" w:rsidRPr="000B2BF6">
        <w:rPr>
          <w:rFonts w:ascii="Garamond" w:hAnsi="Garamond" w:cs="Times New Roman"/>
          <w:sz w:val="24"/>
          <w:szCs w:val="24"/>
          <w:lang w:val="hu-HU"/>
        </w:rPr>
        <w:t>, mint csomóponti</w:t>
      </w:r>
      <w:r w:rsidR="002B77A5" w:rsidRPr="004B38C6">
        <w:rPr>
          <w:rFonts w:ascii="Garamond" w:hAnsi="Garamond" w:cs="Times New Roman"/>
          <w:sz w:val="24"/>
          <w:szCs w:val="24"/>
          <w:lang w:val="hu-HU"/>
        </w:rPr>
        <w:t xml:space="preserve"> TTC-</w:t>
      </w:r>
      <w:proofErr w:type="spellStart"/>
      <w:r w:rsidR="002B77A5" w:rsidRPr="004B38C6">
        <w:rPr>
          <w:rFonts w:ascii="Garamond" w:hAnsi="Garamond" w:cs="Times New Roman"/>
          <w:sz w:val="24"/>
          <w:szCs w:val="24"/>
          <w:lang w:val="hu-HU"/>
        </w:rPr>
        <w:t>hez</w:t>
      </w:r>
      <w:proofErr w:type="spellEnd"/>
      <w:r w:rsidR="00596A3D" w:rsidRPr="004B38C6">
        <w:rPr>
          <w:rFonts w:ascii="Garamond" w:hAnsi="Garamond" w:cs="Times New Roman"/>
          <w:sz w:val="24"/>
          <w:szCs w:val="24"/>
          <w:lang w:val="hu-HU"/>
        </w:rPr>
        <w:t xml:space="preserve"> Partnerként</w:t>
      </w:r>
      <w:r w:rsidR="00CE55C2" w:rsidRPr="004B38C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="00DB5F2B" w:rsidRPr="004B38C6">
        <w:rPr>
          <w:rFonts w:ascii="Garamond" w:hAnsi="Garamond" w:cs="Times New Roman"/>
          <w:sz w:val="24"/>
          <w:szCs w:val="24"/>
          <w:lang w:val="hu-HU"/>
        </w:rPr>
        <w:t>csatlakoz</w:t>
      </w:r>
      <w:r w:rsidR="000A4376" w:rsidRPr="004B38C6">
        <w:rPr>
          <w:rFonts w:ascii="Garamond" w:hAnsi="Garamond" w:cs="Times New Roman"/>
          <w:sz w:val="24"/>
          <w:szCs w:val="24"/>
          <w:lang w:val="hu-HU"/>
        </w:rPr>
        <w:t>ni kíván</w:t>
      </w:r>
      <w:r w:rsidR="00E44F6E" w:rsidRPr="004B38C6">
        <w:rPr>
          <w:rFonts w:ascii="Garamond" w:hAnsi="Garamond" w:cs="Times New Roman"/>
          <w:sz w:val="24"/>
          <w:szCs w:val="24"/>
          <w:lang w:val="hu-HU"/>
        </w:rPr>
        <w:t xml:space="preserve"> (a továbbiakban: Együttműködés)</w:t>
      </w:r>
      <w:r w:rsidR="00F36883" w:rsidRPr="004B38C6">
        <w:rPr>
          <w:rFonts w:ascii="Garamond" w:hAnsi="Garamond" w:cs="Times New Roman"/>
          <w:sz w:val="24"/>
          <w:szCs w:val="24"/>
          <w:lang w:val="hu-HU"/>
        </w:rPr>
        <w:t xml:space="preserve">. </w:t>
      </w:r>
    </w:p>
    <w:p w14:paraId="0007E23E" w14:textId="60C0C3EF" w:rsidR="00F36883" w:rsidRPr="004B38C6" w:rsidRDefault="00F36883" w:rsidP="00F36883">
      <w:pPr>
        <w:jc w:val="both"/>
        <w:rPr>
          <w:rFonts w:ascii="Garamond" w:hAnsi="Garamond" w:cs="Times New Roman"/>
          <w:sz w:val="24"/>
          <w:szCs w:val="24"/>
          <w:lang w:val="hu-HU"/>
        </w:rPr>
      </w:pPr>
      <w:r w:rsidRPr="004B38C6">
        <w:rPr>
          <w:rFonts w:ascii="Garamond" w:hAnsi="Garamond" w:cs="Times New Roman"/>
          <w:sz w:val="24"/>
          <w:szCs w:val="24"/>
          <w:lang w:val="hu-HU"/>
        </w:rPr>
        <w:t xml:space="preserve">A </w:t>
      </w:r>
      <w:r w:rsidR="00941601" w:rsidRPr="004B38C6">
        <w:rPr>
          <w:rFonts w:ascii="Garamond" w:hAnsi="Garamond" w:cs="Times New Roman"/>
          <w:sz w:val="24"/>
          <w:szCs w:val="24"/>
          <w:lang w:val="hu-HU"/>
        </w:rPr>
        <w:t>K</w:t>
      </w:r>
      <w:r w:rsidR="000B3CC9" w:rsidRPr="004B38C6">
        <w:rPr>
          <w:rFonts w:ascii="Garamond" w:hAnsi="Garamond" w:cs="Times New Roman"/>
          <w:sz w:val="24"/>
          <w:szCs w:val="24"/>
          <w:lang w:val="hu-HU"/>
        </w:rPr>
        <w:t>ijelentem</w:t>
      </w:r>
      <w:r w:rsidRPr="004B38C6">
        <w:rPr>
          <w:rFonts w:ascii="Garamond" w:hAnsi="Garamond" w:cs="Times New Roman"/>
          <w:sz w:val="24"/>
          <w:szCs w:val="24"/>
          <w:lang w:val="hu-HU"/>
        </w:rPr>
        <w:t>, hogy a Felhívás keretében – a TTC-k hálózatba szervezését célzó alprogramhoz kapcsolódóan</w:t>
      </w:r>
      <w:r w:rsidR="00AC02B8" w:rsidRPr="004B38C6">
        <w:rPr>
          <w:rFonts w:ascii="Garamond" w:hAnsi="Garamond" w:cs="Times New Roman"/>
          <w:sz w:val="24"/>
          <w:szCs w:val="24"/>
          <w:lang w:val="hu-HU"/>
        </w:rPr>
        <w:t xml:space="preserve"> -</w:t>
      </w:r>
      <w:r w:rsidRPr="004B38C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="00D032C5" w:rsidRPr="004B38C6">
        <w:rPr>
          <w:rFonts w:ascii="Garamond" w:hAnsi="Garamond" w:cs="Times New Roman"/>
          <w:sz w:val="24"/>
          <w:szCs w:val="24"/>
          <w:lang w:val="hu-HU"/>
        </w:rPr>
        <w:t xml:space="preserve">a </w:t>
      </w:r>
      <w:r w:rsidR="000B2BF6" w:rsidRPr="004B38C6">
        <w:rPr>
          <w:rFonts w:ascii="Garamond" w:hAnsi="Garamond" w:cs="Times New Roman"/>
          <w:sz w:val="24"/>
          <w:szCs w:val="24"/>
          <w:lang w:val="hu-HU"/>
        </w:rPr>
        <w:t>Társaság,</w:t>
      </w:r>
      <w:r w:rsidR="000F4444" w:rsidRPr="004B38C6">
        <w:rPr>
          <w:rFonts w:ascii="Garamond" w:hAnsi="Garamond" w:cs="Times New Roman"/>
          <w:sz w:val="24"/>
          <w:szCs w:val="24"/>
          <w:lang w:val="hu-HU"/>
        </w:rPr>
        <w:t xml:space="preserve"> mint partner</w:t>
      </w:r>
      <w:r w:rsidR="006352EF" w:rsidRPr="004B38C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Pr="004B38C6">
        <w:rPr>
          <w:rFonts w:ascii="Garamond" w:hAnsi="Garamond" w:cs="Times New Roman"/>
          <w:sz w:val="24"/>
          <w:szCs w:val="24"/>
          <w:lang w:val="hu-HU"/>
        </w:rPr>
        <w:t xml:space="preserve">megkezdi az egyeztetéseket a </w:t>
      </w:r>
      <w:r w:rsidR="00603FE1">
        <w:rPr>
          <w:rFonts w:ascii="Garamond" w:hAnsi="Garamond" w:cs="Times New Roman"/>
          <w:sz w:val="24"/>
          <w:szCs w:val="24"/>
          <w:lang w:val="hu-HU"/>
        </w:rPr>
        <w:t>projekt</w:t>
      </w:r>
      <w:r w:rsidRPr="004B38C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="00603FE1">
        <w:rPr>
          <w:rFonts w:ascii="Garamond" w:hAnsi="Garamond" w:cs="Times New Roman"/>
          <w:sz w:val="24"/>
          <w:szCs w:val="24"/>
          <w:lang w:val="hu-HU"/>
        </w:rPr>
        <w:t xml:space="preserve">(a továbbiakban: Projekt) </w:t>
      </w:r>
      <w:r w:rsidRPr="004B38C6">
        <w:rPr>
          <w:rFonts w:ascii="Garamond" w:hAnsi="Garamond" w:cs="Times New Roman"/>
          <w:sz w:val="24"/>
          <w:szCs w:val="24"/>
          <w:lang w:val="hu-HU"/>
        </w:rPr>
        <w:t xml:space="preserve">előkészítése érdekében, és </w:t>
      </w:r>
      <w:r w:rsidR="006352EF" w:rsidRPr="004B38C6">
        <w:rPr>
          <w:rFonts w:ascii="Garamond" w:hAnsi="Garamond" w:cs="Times New Roman"/>
          <w:sz w:val="24"/>
          <w:szCs w:val="24"/>
          <w:lang w:val="hu-HU"/>
        </w:rPr>
        <w:t>Pályázóval</w:t>
      </w:r>
      <w:r w:rsidRPr="004B38C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="00603FE1">
        <w:rPr>
          <w:rFonts w:ascii="Garamond" w:hAnsi="Garamond" w:cs="Times New Roman"/>
          <w:sz w:val="24"/>
          <w:szCs w:val="24"/>
          <w:lang w:val="hu-HU"/>
        </w:rPr>
        <w:t xml:space="preserve">a támogatást nyert Projekt </w:t>
      </w:r>
      <w:r w:rsidR="0039532F" w:rsidRPr="00D3622B">
        <w:rPr>
          <w:rFonts w:ascii="Garamond" w:hAnsi="Garamond" w:cs="Times New Roman"/>
          <w:sz w:val="24"/>
          <w:szCs w:val="24"/>
          <w:lang w:val="hu-HU"/>
        </w:rPr>
        <w:t>eseté</w:t>
      </w:r>
      <w:r w:rsidR="0039532F">
        <w:rPr>
          <w:rFonts w:ascii="Garamond" w:hAnsi="Garamond" w:cs="Times New Roman"/>
          <w:sz w:val="24"/>
          <w:szCs w:val="24"/>
          <w:lang w:val="hu-HU"/>
        </w:rPr>
        <w:t>re</w:t>
      </w:r>
      <w:r w:rsidR="0039532F" w:rsidRPr="00D3622B">
        <w:rPr>
          <w:rFonts w:ascii="Garamond" w:hAnsi="Garamond" w:cs="Times New Roman"/>
          <w:sz w:val="24"/>
          <w:szCs w:val="24"/>
          <w:lang w:val="hu-HU"/>
        </w:rPr>
        <w:t xml:space="preserve"> a </w:t>
      </w:r>
      <w:r w:rsidR="00603FE1">
        <w:rPr>
          <w:rFonts w:ascii="Garamond" w:hAnsi="Garamond" w:cs="Times New Roman"/>
          <w:sz w:val="24"/>
          <w:szCs w:val="24"/>
          <w:lang w:val="hu-HU"/>
        </w:rPr>
        <w:t>P</w:t>
      </w:r>
      <w:r w:rsidR="0039532F" w:rsidRPr="00D3622B">
        <w:rPr>
          <w:rFonts w:ascii="Garamond" w:hAnsi="Garamond" w:cs="Times New Roman"/>
          <w:sz w:val="24"/>
          <w:szCs w:val="24"/>
          <w:lang w:val="hu-HU"/>
        </w:rPr>
        <w:t>rojekt megvalósításában történő együttműködés rendjé</w:t>
      </w:r>
      <w:r w:rsidR="00341A5E">
        <w:rPr>
          <w:rFonts w:ascii="Garamond" w:hAnsi="Garamond" w:cs="Times New Roman"/>
          <w:sz w:val="24"/>
          <w:szCs w:val="24"/>
          <w:lang w:val="hu-HU"/>
        </w:rPr>
        <w:t>nek meghatározása céljából</w:t>
      </w:r>
      <w:r w:rsidR="0039532F" w:rsidRPr="00D3622B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Pr="004B38C6">
        <w:rPr>
          <w:rFonts w:ascii="Garamond" w:hAnsi="Garamond" w:cs="Times New Roman"/>
          <w:sz w:val="24"/>
          <w:szCs w:val="24"/>
          <w:lang w:val="hu-HU"/>
        </w:rPr>
        <w:t>részletes Együttműködési megállapodást</w:t>
      </w:r>
      <w:r w:rsidR="00F963EB" w:rsidRPr="004B38C6">
        <w:rPr>
          <w:rFonts w:ascii="Garamond" w:hAnsi="Garamond" w:cs="Times New Roman"/>
          <w:sz w:val="24"/>
          <w:szCs w:val="24"/>
          <w:lang w:val="hu-HU"/>
        </w:rPr>
        <w:t xml:space="preserve"> (a továbbiakban: Megállapodás)</w:t>
      </w:r>
      <w:r w:rsidR="00D05286">
        <w:rPr>
          <w:rFonts w:ascii="Garamond" w:hAnsi="Garamond" w:cs="Times New Roman"/>
          <w:sz w:val="24"/>
          <w:szCs w:val="24"/>
          <w:lang w:val="hu-HU"/>
        </w:rPr>
        <w:t xml:space="preserve"> köt a </w:t>
      </w:r>
      <w:r w:rsidR="0039532F">
        <w:rPr>
          <w:rFonts w:ascii="Garamond" w:hAnsi="Garamond" w:cs="Times New Roman"/>
          <w:sz w:val="24"/>
          <w:szCs w:val="24"/>
          <w:lang w:val="hu-HU"/>
        </w:rPr>
        <w:t>Pályázó</w:t>
      </w:r>
      <w:r w:rsidR="00D0528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="0039532F">
        <w:rPr>
          <w:rFonts w:ascii="Garamond" w:hAnsi="Garamond" w:cs="Times New Roman"/>
          <w:sz w:val="24"/>
          <w:szCs w:val="24"/>
          <w:lang w:val="hu-HU"/>
        </w:rPr>
        <w:t>á</w:t>
      </w:r>
      <w:r w:rsidR="00D05286">
        <w:rPr>
          <w:rFonts w:ascii="Garamond" w:hAnsi="Garamond" w:cs="Times New Roman"/>
          <w:sz w:val="24"/>
          <w:szCs w:val="24"/>
          <w:lang w:val="hu-HU"/>
        </w:rPr>
        <w:t>ltal meghatározott határidő</w:t>
      </w:r>
      <w:r w:rsidR="00341A5E">
        <w:rPr>
          <w:rFonts w:ascii="Garamond" w:hAnsi="Garamond" w:cs="Times New Roman"/>
          <w:sz w:val="24"/>
          <w:szCs w:val="24"/>
          <w:lang w:val="hu-HU"/>
        </w:rPr>
        <w:t>n belül</w:t>
      </w:r>
      <w:r w:rsidRPr="004B38C6">
        <w:rPr>
          <w:rFonts w:ascii="Garamond" w:hAnsi="Garamond" w:cs="Times New Roman"/>
          <w:sz w:val="24"/>
          <w:szCs w:val="24"/>
          <w:lang w:val="hu-HU"/>
        </w:rPr>
        <w:t>.</w:t>
      </w:r>
    </w:p>
    <w:p w14:paraId="48F10984" w14:textId="3E4E9D64" w:rsidR="00F36883" w:rsidRPr="004B38C6" w:rsidRDefault="00AF11A2" w:rsidP="6C41EA29">
      <w:pPr>
        <w:rPr>
          <w:rFonts w:ascii="Garamond" w:hAnsi="Garamond" w:cs="Times New Roman"/>
          <w:sz w:val="24"/>
          <w:szCs w:val="24"/>
          <w:lang w:val="hu-HU"/>
        </w:rPr>
      </w:pPr>
      <w:r w:rsidRPr="004B38C6">
        <w:rPr>
          <w:rFonts w:ascii="Garamond" w:hAnsi="Garamond" w:cs="Times New Roman"/>
          <w:sz w:val="24"/>
          <w:szCs w:val="24"/>
          <w:lang w:val="hu-HU"/>
        </w:rPr>
        <w:t xml:space="preserve">Kijelentem, hogy </w:t>
      </w:r>
      <w:r w:rsidR="001D32DF" w:rsidRPr="004B38C6">
        <w:rPr>
          <w:rFonts w:ascii="Garamond" w:hAnsi="Garamond" w:cs="Times New Roman"/>
          <w:sz w:val="24"/>
          <w:szCs w:val="24"/>
          <w:lang w:val="hu-HU"/>
        </w:rPr>
        <w:t xml:space="preserve">a Társaság nem konzorciumi tag, </w:t>
      </w:r>
      <w:r w:rsidR="00031F08" w:rsidRPr="004B38C6">
        <w:rPr>
          <w:rFonts w:ascii="Garamond" w:hAnsi="Garamond" w:cs="Times New Roman"/>
          <w:sz w:val="24"/>
          <w:szCs w:val="24"/>
          <w:lang w:val="hu-HU"/>
        </w:rPr>
        <w:t>Pályázóhoz önállóan kíván csatlakozni</w:t>
      </w:r>
      <w:r w:rsidR="00A9174C" w:rsidRPr="004B38C6">
        <w:rPr>
          <w:rFonts w:ascii="Garamond" w:hAnsi="Garamond" w:cs="Times New Roman"/>
          <w:sz w:val="24"/>
          <w:szCs w:val="24"/>
          <w:lang w:val="hu-HU"/>
        </w:rPr>
        <w:t>.</w:t>
      </w:r>
    </w:p>
    <w:p w14:paraId="72196661" w14:textId="26AB4BF8" w:rsidR="002E793F" w:rsidRPr="004B38C6" w:rsidRDefault="00A933B3" w:rsidP="6F64973B">
      <w:pPr>
        <w:jc w:val="both"/>
        <w:rPr>
          <w:rFonts w:ascii="Garamond" w:hAnsi="Garamond" w:cs="Times New Roman"/>
          <w:sz w:val="24"/>
          <w:szCs w:val="24"/>
          <w:lang w:val="hu-HU"/>
        </w:rPr>
      </w:pPr>
      <w:r>
        <w:rPr>
          <w:rFonts w:ascii="Garamond" w:hAnsi="Garamond" w:cs="Times New Roman"/>
          <w:sz w:val="24"/>
          <w:szCs w:val="24"/>
          <w:lang w:val="hu-HU"/>
        </w:rPr>
        <w:t xml:space="preserve">A </w:t>
      </w:r>
      <w:r w:rsidR="00C04EE4" w:rsidRPr="004B38C6">
        <w:rPr>
          <w:rFonts w:ascii="Garamond" w:hAnsi="Garamond" w:cs="Times New Roman"/>
          <w:sz w:val="24"/>
          <w:szCs w:val="24"/>
          <w:lang w:val="hu-HU"/>
        </w:rPr>
        <w:t xml:space="preserve">Társaságnak a </w:t>
      </w:r>
      <w:r w:rsidR="55D68B8E" w:rsidRPr="004B38C6">
        <w:rPr>
          <w:rFonts w:ascii="Garamond" w:hAnsi="Garamond" w:cs="Times New Roman"/>
          <w:sz w:val="24"/>
          <w:szCs w:val="24"/>
          <w:lang w:val="hu-HU"/>
        </w:rPr>
        <w:t xml:space="preserve">Pályázó által létrehozandó TTC-csomóponthoz való </w:t>
      </w:r>
      <w:r w:rsidR="001D4CA4" w:rsidRPr="004B38C6">
        <w:rPr>
          <w:rFonts w:ascii="Garamond" w:hAnsi="Garamond" w:cs="Times New Roman"/>
          <w:sz w:val="24"/>
          <w:szCs w:val="24"/>
          <w:lang w:val="hu-HU"/>
        </w:rPr>
        <w:t xml:space="preserve">partneri </w:t>
      </w:r>
      <w:r w:rsidR="55D68B8E" w:rsidRPr="004B38C6">
        <w:rPr>
          <w:rFonts w:ascii="Garamond" w:hAnsi="Garamond" w:cs="Times New Roman"/>
          <w:sz w:val="24"/>
          <w:szCs w:val="24"/>
          <w:lang w:val="hu-HU"/>
        </w:rPr>
        <w:t>csatlakozási szándék</w:t>
      </w:r>
      <w:r w:rsidR="00C04EE4" w:rsidRPr="004B38C6">
        <w:rPr>
          <w:rFonts w:ascii="Garamond" w:hAnsi="Garamond" w:cs="Times New Roman"/>
          <w:sz w:val="24"/>
          <w:szCs w:val="24"/>
          <w:lang w:val="hu-HU"/>
        </w:rPr>
        <w:t>á</w:t>
      </w:r>
      <w:r w:rsidR="004F50EA" w:rsidRPr="004B38C6">
        <w:rPr>
          <w:rFonts w:ascii="Garamond" w:hAnsi="Garamond" w:cs="Times New Roman"/>
          <w:sz w:val="24"/>
          <w:szCs w:val="24"/>
          <w:lang w:val="hu-HU"/>
        </w:rPr>
        <w:t>ra</w:t>
      </w:r>
      <w:r w:rsidR="55D68B8E" w:rsidRPr="004B38C6">
        <w:rPr>
          <w:rFonts w:ascii="Garamond" w:hAnsi="Garamond" w:cs="Times New Roman"/>
          <w:sz w:val="24"/>
          <w:szCs w:val="24"/>
          <w:lang w:val="hu-HU"/>
        </w:rPr>
        <w:t xml:space="preserve"> és a </w:t>
      </w:r>
      <w:r w:rsidR="00603FE1">
        <w:rPr>
          <w:rFonts w:ascii="Garamond" w:hAnsi="Garamond" w:cs="Times New Roman"/>
          <w:sz w:val="24"/>
          <w:szCs w:val="24"/>
          <w:lang w:val="hu-HU"/>
        </w:rPr>
        <w:t>P</w:t>
      </w:r>
      <w:r w:rsidR="55D68B8E" w:rsidRPr="004B38C6">
        <w:rPr>
          <w:rFonts w:ascii="Garamond" w:hAnsi="Garamond" w:cs="Times New Roman"/>
          <w:sz w:val="24"/>
          <w:szCs w:val="24"/>
          <w:lang w:val="hu-HU"/>
        </w:rPr>
        <w:t>rojekt szakmai megvalósításában történő együttműködési készség</w:t>
      </w:r>
      <w:r w:rsidR="00C04EE4" w:rsidRPr="004B38C6">
        <w:rPr>
          <w:rFonts w:ascii="Garamond" w:hAnsi="Garamond" w:cs="Times New Roman"/>
          <w:sz w:val="24"/>
          <w:szCs w:val="24"/>
          <w:lang w:val="hu-HU"/>
        </w:rPr>
        <w:t>é</w:t>
      </w:r>
      <w:r w:rsidR="004F50EA" w:rsidRPr="004B38C6">
        <w:rPr>
          <w:rFonts w:ascii="Garamond" w:hAnsi="Garamond" w:cs="Times New Roman"/>
          <w:sz w:val="24"/>
          <w:szCs w:val="24"/>
          <w:lang w:val="hu-HU"/>
        </w:rPr>
        <w:t>re</w:t>
      </w:r>
      <w:r w:rsidR="55D68B8E" w:rsidRPr="004B38C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="00C04EE4" w:rsidRPr="004B38C6">
        <w:rPr>
          <w:rFonts w:ascii="Garamond" w:hAnsi="Garamond" w:cs="Times New Roman"/>
          <w:sz w:val="24"/>
          <w:szCs w:val="24"/>
          <w:lang w:val="hu-HU"/>
        </w:rPr>
        <w:t>hivatkozással</w:t>
      </w:r>
      <w:r w:rsidR="00F262CD" w:rsidRPr="004B38C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="004F50EA" w:rsidRPr="004B38C6">
        <w:rPr>
          <w:rFonts w:ascii="Garamond" w:hAnsi="Garamond" w:cs="Times New Roman"/>
          <w:sz w:val="24"/>
          <w:szCs w:val="24"/>
          <w:lang w:val="hu-HU"/>
        </w:rPr>
        <w:t>nyilatkozom, hogy t</w:t>
      </w:r>
      <w:r w:rsidR="00F262CD" w:rsidRPr="004B38C6">
        <w:rPr>
          <w:rFonts w:ascii="Garamond" w:hAnsi="Garamond" w:cs="Times New Roman"/>
          <w:sz w:val="24"/>
          <w:szCs w:val="24"/>
          <w:lang w:val="hu-HU"/>
        </w:rPr>
        <w:t xml:space="preserve">udomásul veszem, hogy a </w:t>
      </w:r>
      <w:r w:rsidR="00603FE1">
        <w:rPr>
          <w:rFonts w:ascii="Garamond" w:hAnsi="Garamond" w:cs="Times New Roman"/>
          <w:sz w:val="24"/>
          <w:szCs w:val="24"/>
          <w:lang w:val="hu-HU"/>
        </w:rPr>
        <w:t>Projekt</w:t>
      </w:r>
      <w:r w:rsidR="00F262CD" w:rsidRPr="004B38C6">
        <w:rPr>
          <w:rFonts w:ascii="Garamond" w:hAnsi="Garamond" w:cs="Times New Roman"/>
          <w:sz w:val="24"/>
          <w:szCs w:val="24"/>
          <w:lang w:val="hu-HU"/>
        </w:rPr>
        <w:t xml:space="preserve"> megvalósítása során</w:t>
      </w:r>
      <w:r w:rsidR="55D68B8E" w:rsidRPr="004B38C6">
        <w:rPr>
          <w:rFonts w:ascii="Garamond" w:hAnsi="Garamond" w:cs="Times New Roman"/>
          <w:sz w:val="24"/>
          <w:szCs w:val="24"/>
          <w:lang w:val="hu-HU"/>
        </w:rPr>
        <w:t xml:space="preserve"> nem vál</w:t>
      </w:r>
      <w:r w:rsidR="00CD4D21" w:rsidRPr="004B38C6">
        <w:rPr>
          <w:rFonts w:ascii="Garamond" w:hAnsi="Garamond" w:cs="Times New Roman"/>
          <w:sz w:val="24"/>
          <w:szCs w:val="24"/>
          <w:lang w:val="hu-HU"/>
        </w:rPr>
        <w:t>o</w:t>
      </w:r>
      <w:r w:rsidR="55D68B8E" w:rsidRPr="004B38C6">
        <w:rPr>
          <w:rFonts w:ascii="Garamond" w:hAnsi="Garamond" w:cs="Times New Roman"/>
          <w:sz w:val="24"/>
          <w:szCs w:val="24"/>
          <w:lang w:val="hu-HU"/>
        </w:rPr>
        <w:t xml:space="preserve">k kedvezményezetté, és a támogatás felhasználására vonatkozó jogot </w:t>
      </w:r>
      <w:r w:rsidR="00CD4D21" w:rsidRPr="004B38C6">
        <w:rPr>
          <w:rFonts w:ascii="Garamond" w:hAnsi="Garamond" w:cs="Times New Roman"/>
          <w:sz w:val="24"/>
          <w:szCs w:val="24"/>
          <w:lang w:val="hu-HU"/>
        </w:rPr>
        <w:t xml:space="preserve">a Társaság </w:t>
      </w:r>
      <w:r w:rsidR="55D68B8E" w:rsidRPr="004B38C6">
        <w:rPr>
          <w:rFonts w:ascii="Garamond" w:hAnsi="Garamond" w:cs="Times New Roman"/>
          <w:sz w:val="24"/>
          <w:szCs w:val="24"/>
          <w:lang w:val="hu-HU"/>
        </w:rPr>
        <w:t>nem szerez.</w:t>
      </w:r>
    </w:p>
    <w:p w14:paraId="59430D37" w14:textId="2FA877D9" w:rsidR="002E793F" w:rsidRPr="000B2BF6" w:rsidRDefault="005E3946" w:rsidP="6C41EA29">
      <w:pPr>
        <w:jc w:val="both"/>
        <w:rPr>
          <w:rFonts w:ascii="Garamond" w:hAnsi="Garamond" w:cs="Times New Roman"/>
          <w:sz w:val="24"/>
          <w:szCs w:val="24"/>
          <w:lang w:val="hu-HU"/>
        </w:rPr>
      </w:pPr>
      <w:r w:rsidRPr="004B38C6">
        <w:rPr>
          <w:rFonts w:ascii="Garamond" w:hAnsi="Garamond" w:cs="Times New Roman"/>
          <w:sz w:val="24"/>
          <w:szCs w:val="24"/>
          <w:lang w:val="hu-HU"/>
        </w:rPr>
        <w:t xml:space="preserve">Az </w:t>
      </w:r>
      <w:r w:rsidRPr="000B2BF6">
        <w:rPr>
          <w:rFonts w:ascii="Garamond" w:hAnsi="Garamond" w:cs="Times New Roman"/>
          <w:sz w:val="24"/>
          <w:szCs w:val="24"/>
          <w:lang w:val="hu-HU"/>
        </w:rPr>
        <w:t>Együttműködés idejére az alábbi kapcsolattartót nevezem meg:</w:t>
      </w:r>
    </w:p>
    <w:p w14:paraId="189A6009" w14:textId="6D0A9DA4" w:rsidR="00AE14BA" w:rsidRPr="000B2BF6" w:rsidRDefault="00AE14BA" w:rsidP="004B38C6">
      <w:pPr>
        <w:spacing w:after="0" w:line="240" w:lineRule="auto"/>
        <w:jc w:val="both"/>
        <w:rPr>
          <w:rFonts w:ascii="Garamond" w:hAnsi="Garamond" w:cs="Times New Roman"/>
          <w:sz w:val="24"/>
          <w:szCs w:val="24"/>
          <w:lang w:val="hu-HU"/>
        </w:rPr>
      </w:pPr>
      <w:r w:rsidRPr="000B2BF6">
        <w:rPr>
          <w:rFonts w:ascii="Garamond" w:hAnsi="Garamond" w:cs="Times New Roman"/>
          <w:sz w:val="24"/>
          <w:szCs w:val="24"/>
          <w:lang w:val="hu-HU"/>
        </w:rPr>
        <w:t>N</w:t>
      </w:r>
      <w:r w:rsidR="55D68B8E" w:rsidRPr="000B2BF6">
        <w:rPr>
          <w:rFonts w:ascii="Garamond" w:hAnsi="Garamond" w:cs="Times New Roman"/>
          <w:sz w:val="24"/>
          <w:szCs w:val="24"/>
          <w:lang w:val="hu-HU"/>
        </w:rPr>
        <w:t>év</w:t>
      </w:r>
      <w:r w:rsidRPr="000B2BF6">
        <w:rPr>
          <w:rFonts w:ascii="Garamond" w:hAnsi="Garamond" w:cs="Times New Roman"/>
          <w:sz w:val="24"/>
          <w:szCs w:val="24"/>
          <w:lang w:val="hu-HU"/>
        </w:rPr>
        <w:t>:</w:t>
      </w:r>
      <w:r w:rsidR="003176E9" w:rsidRPr="000B2BF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="003176E9" w:rsidRPr="000B2BF6">
        <w:rPr>
          <w:rFonts w:ascii="Garamond" w:hAnsi="Garamond" w:cs="Times New Roman"/>
          <w:sz w:val="24"/>
          <w:szCs w:val="24"/>
          <w:lang w:val="hu-HU"/>
        </w:rPr>
        <w:tab/>
      </w:r>
      <w:r w:rsidR="003176E9" w:rsidRPr="000B2BF6">
        <w:rPr>
          <w:rFonts w:ascii="Garamond" w:hAnsi="Garamond" w:cs="Times New Roman"/>
          <w:sz w:val="24"/>
          <w:szCs w:val="24"/>
          <w:lang w:val="hu-HU"/>
        </w:rPr>
        <w:tab/>
        <w:t>............................................</w:t>
      </w:r>
    </w:p>
    <w:p w14:paraId="2E3F17B7" w14:textId="1E831D34" w:rsidR="00AE14BA" w:rsidRPr="000B2BF6" w:rsidRDefault="55D68B8E" w:rsidP="004B38C6">
      <w:pPr>
        <w:spacing w:after="0" w:line="240" w:lineRule="auto"/>
        <w:jc w:val="both"/>
        <w:rPr>
          <w:rFonts w:ascii="Garamond" w:hAnsi="Garamond" w:cs="Times New Roman"/>
          <w:sz w:val="24"/>
          <w:szCs w:val="24"/>
          <w:lang w:val="hu-HU"/>
        </w:rPr>
      </w:pPr>
      <w:r w:rsidRPr="000B2BF6">
        <w:rPr>
          <w:rFonts w:ascii="Garamond" w:hAnsi="Garamond" w:cs="Times New Roman"/>
          <w:sz w:val="24"/>
          <w:szCs w:val="24"/>
          <w:lang w:val="hu-HU"/>
        </w:rPr>
        <w:t>e-mail</w:t>
      </w:r>
      <w:r w:rsidR="00AE14BA" w:rsidRPr="000B2BF6">
        <w:rPr>
          <w:rFonts w:ascii="Garamond" w:hAnsi="Garamond" w:cs="Times New Roman"/>
          <w:sz w:val="24"/>
          <w:szCs w:val="24"/>
          <w:lang w:val="hu-HU"/>
        </w:rPr>
        <w:t>:</w:t>
      </w:r>
      <w:r w:rsidR="003176E9" w:rsidRPr="000B2BF6">
        <w:rPr>
          <w:rFonts w:ascii="Garamond" w:hAnsi="Garamond" w:cs="Times New Roman"/>
          <w:sz w:val="24"/>
          <w:szCs w:val="24"/>
          <w:lang w:val="hu-HU"/>
        </w:rPr>
        <w:tab/>
      </w:r>
      <w:r w:rsidR="003176E9" w:rsidRPr="000B2BF6">
        <w:rPr>
          <w:rFonts w:ascii="Garamond" w:hAnsi="Garamond" w:cs="Times New Roman"/>
          <w:sz w:val="24"/>
          <w:szCs w:val="24"/>
          <w:lang w:val="hu-HU"/>
        </w:rPr>
        <w:tab/>
        <w:t>...........................................</w:t>
      </w:r>
    </w:p>
    <w:p w14:paraId="7C5ED370" w14:textId="45DFEC59" w:rsidR="002E793F" w:rsidRPr="004B38C6" w:rsidRDefault="00442B73" w:rsidP="00AE14BA">
      <w:pPr>
        <w:spacing w:after="0" w:line="240" w:lineRule="auto"/>
        <w:jc w:val="both"/>
        <w:rPr>
          <w:rFonts w:ascii="Garamond" w:hAnsi="Garamond" w:cs="Times New Roman"/>
          <w:sz w:val="24"/>
          <w:szCs w:val="24"/>
          <w:lang w:val="hu-HU"/>
        </w:rPr>
      </w:pPr>
      <w:r w:rsidRPr="000B2BF6">
        <w:rPr>
          <w:rFonts w:ascii="Garamond" w:hAnsi="Garamond" w:cs="Times New Roman"/>
          <w:sz w:val="24"/>
          <w:szCs w:val="24"/>
          <w:lang w:val="hu-HU"/>
        </w:rPr>
        <w:t>T</w:t>
      </w:r>
      <w:r w:rsidR="009047F4" w:rsidRPr="000B2BF6">
        <w:rPr>
          <w:rFonts w:ascii="Garamond" w:hAnsi="Garamond" w:cs="Times New Roman"/>
          <w:sz w:val="24"/>
          <w:szCs w:val="24"/>
          <w:lang w:val="hu-HU"/>
        </w:rPr>
        <w:t>e</w:t>
      </w:r>
      <w:r w:rsidR="55D68B8E" w:rsidRPr="000B2BF6">
        <w:rPr>
          <w:rFonts w:ascii="Garamond" w:hAnsi="Garamond" w:cs="Times New Roman"/>
          <w:sz w:val="24"/>
          <w:szCs w:val="24"/>
          <w:lang w:val="hu-HU"/>
        </w:rPr>
        <w:t>lefon</w:t>
      </w:r>
      <w:r w:rsidR="00AE14BA" w:rsidRPr="000B2BF6">
        <w:rPr>
          <w:rFonts w:ascii="Garamond" w:hAnsi="Garamond" w:cs="Times New Roman"/>
          <w:sz w:val="24"/>
          <w:szCs w:val="24"/>
          <w:lang w:val="hu-HU"/>
        </w:rPr>
        <w:t>:</w:t>
      </w:r>
      <w:r w:rsidR="003176E9" w:rsidRPr="000B2BF6">
        <w:rPr>
          <w:rFonts w:ascii="Garamond" w:hAnsi="Garamond" w:cs="Times New Roman"/>
          <w:sz w:val="24"/>
          <w:szCs w:val="24"/>
          <w:lang w:val="hu-HU"/>
        </w:rPr>
        <w:tab/>
      </w:r>
      <w:r w:rsidR="00FF4593" w:rsidRPr="000B2BF6">
        <w:rPr>
          <w:rFonts w:ascii="Garamond" w:hAnsi="Garamond" w:cs="Times New Roman"/>
          <w:sz w:val="24"/>
          <w:szCs w:val="24"/>
          <w:lang w:val="hu-HU"/>
        </w:rPr>
        <w:t>...........................................</w:t>
      </w:r>
    </w:p>
    <w:p w14:paraId="35D7B0C3" w14:textId="77777777" w:rsidR="00442B73" w:rsidRPr="004B38C6" w:rsidRDefault="00442B73" w:rsidP="004B38C6">
      <w:pPr>
        <w:spacing w:after="0" w:line="240" w:lineRule="auto"/>
        <w:jc w:val="both"/>
        <w:rPr>
          <w:rFonts w:ascii="Garamond" w:hAnsi="Garamond" w:cs="Times New Roman"/>
          <w:sz w:val="24"/>
          <w:szCs w:val="24"/>
          <w:lang w:val="hu-HU"/>
        </w:rPr>
      </w:pPr>
    </w:p>
    <w:p w14:paraId="2205B4A2" w14:textId="5E29888E" w:rsidR="001B7BC0" w:rsidRPr="004B38C6" w:rsidRDefault="003F1DE1" w:rsidP="6C41EA29">
      <w:pPr>
        <w:jc w:val="both"/>
        <w:rPr>
          <w:rFonts w:ascii="Garamond" w:hAnsi="Garamond" w:cs="Times New Roman"/>
          <w:sz w:val="24"/>
          <w:szCs w:val="24"/>
          <w:lang w:val="hu-HU"/>
        </w:rPr>
      </w:pPr>
      <w:r w:rsidRPr="004B38C6">
        <w:rPr>
          <w:rFonts w:ascii="Garamond" w:hAnsi="Garamond" w:cs="Times New Roman"/>
          <w:sz w:val="24"/>
          <w:szCs w:val="24"/>
          <w:lang w:val="hu-HU"/>
        </w:rPr>
        <w:t>Kötelezettséget vállalok</w:t>
      </w:r>
      <w:r w:rsidR="00471EC5" w:rsidRPr="004B38C6">
        <w:rPr>
          <w:rFonts w:ascii="Garamond" w:hAnsi="Garamond" w:cs="Times New Roman"/>
          <w:sz w:val="24"/>
          <w:szCs w:val="24"/>
          <w:lang w:val="hu-HU"/>
        </w:rPr>
        <w:t xml:space="preserve"> arra, </w:t>
      </w:r>
      <w:r w:rsidR="03C0DA31" w:rsidRPr="004B38C6">
        <w:rPr>
          <w:rFonts w:ascii="Garamond" w:hAnsi="Garamond" w:cs="Times New Roman"/>
          <w:sz w:val="24"/>
          <w:szCs w:val="24"/>
          <w:lang w:val="hu-HU"/>
        </w:rPr>
        <w:t>hogy sikeres támogatási kérelem esetén a csomóponti TTC vezetője</w:t>
      </w:r>
      <w:r w:rsidR="00CB6E05" w:rsidRPr="004B38C6">
        <w:rPr>
          <w:rFonts w:ascii="Garamond" w:hAnsi="Garamond" w:cs="Times New Roman"/>
          <w:sz w:val="24"/>
          <w:szCs w:val="24"/>
          <w:lang w:val="hu-HU"/>
        </w:rPr>
        <w:t xml:space="preserve"> által alapított</w:t>
      </w:r>
      <w:r w:rsidR="03C0DA31" w:rsidRPr="004B38C6">
        <w:rPr>
          <w:rFonts w:ascii="Garamond" w:hAnsi="Garamond" w:cs="Times New Roman"/>
          <w:sz w:val="24"/>
          <w:szCs w:val="24"/>
          <w:lang w:val="hu-HU"/>
        </w:rPr>
        <w:t>, a Partner</w:t>
      </w:r>
      <w:r w:rsidR="0F865F78" w:rsidRPr="004B38C6">
        <w:rPr>
          <w:rFonts w:ascii="Garamond" w:hAnsi="Garamond" w:cs="Times New Roman"/>
          <w:sz w:val="24"/>
          <w:szCs w:val="24"/>
          <w:lang w:val="hu-HU"/>
        </w:rPr>
        <w:t>ek</w:t>
      </w:r>
      <w:r w:rsidR="03C0DA31" w:rsidRPr="004B38C6">
        <w:rPr>
          <w:rFonts w:ascii="Garamond" w:hAnsi="Garamond" w:cs="Times New Roman"/>
          <w:sz w:val="24"/>
          <w:szCs w:val="24"/>
          <w:lang w:val="hu-HU"/>
        </w:rPr>
        <w:t xml:space="preserve"> bevonásával közös </w:t>
      </w:r>
      <w:proofErr w:type="spellStart"/>
      <w:r w:rsidR="03C0DA31" w:rsidRPr="004B38C6">
        <w:rPr>
          <w:rFonts w:ascii="Garamond" w:hAnsi="Garamond" w:cs="Times New Roman"/>
          <w:sz w:val="24"/>
          <w:szCs w:val="24"/>
          <w:lang w:val="hu-HU"/>
        </w:rPr>
        <w:t>board</w:t>
      </w:r>
      <w:proofErr w:type="spellEnd"/>
      <w:r w:rsidR="00F964C9" w:rsidRPr="004B38C6">
        <w:rPr>
          <w:rFonts w:ascii="Garamond" w:hAnsi="Garamond" w:cs="Times New Roman"/>
          <w:sz w:val="24"/>
          <w:szCs w:val="24"/>
          <w:lang w:val="hu-HU"/>
        </w:rPr>
        <w:t xml:space="preserve"> működésében</w:t>
      </w:r>
      <w:r w:rsidR="00F963EB" w:rsidRPr="004B38C6">
        <w:rPr>
          <w:rFonts w:ascii="Garamond" w:hAnsi="Garamond" w:cs="Times New Roman"/>
          <w:sz w:val="24"/>
          <w:szCs w:val="24"/>
          <w:lang w:val="hu-HU"/>
        </w:rPr>
        <w:t xml:space="preserve"> a Megállapodásban </w:t>
      </w:r>
      <w:proofErr w:type="spellStart"/>
      <w:r w:rsidR="00F963EB" w:rsidRPr="004B38C6">
        <w:rPr>
          <w:rFonts w:ascii="Garamond" w:hAnsi="Garamond" w:cs="Times New Roman"/>
          <w:sz w:val="24"/>
          <w:szCs w:val="24"/>
          <w:lang w:val="hu-HU"/>
        </w:rPr>
        <w:t>szabályozottak</w:t>
      </w:r>
      <w:proofErr w:type="spellEnd"/>
      <w:r w:rsidR="00F963EB" w:rsidRPr="004B38C6">
        <w:rPr>
          <w:rFonts w:ascii="Garamond" w:hAnsi="Garamond" w:cs="Times New Roman"/>
          <w:sz w:val="24"/>
          <w:szCs w:val="24"/>
          <w:lang w:val="hu-HU"/>
        </w:rPr>
        <w:t xml:space="preserve"> szerint</w:t>
      </w:r>
      <w:r w:rsidR="00F964C9" w:rsidRPr="004B38C6">
        <w:rPr>
          <w:rFonts w:ascii="Garamond" w:hAnsi="Garamond" w:cs="Times New Roman"/>
          <w:sz w:val="24"/>
          <w:szCs w:val="24"/>
          <w:lang w:val="hu-HU"/>
        </w:rPr>
        <w:t xml:space="preserve"> Társaságom részt vesz</w:t>
      </w:r>
      <w:r w:rsidR="03C0DA31" w:rsidRPr="004B38C6">
        <w:rPr>
          <w:rFonts w:ascii="Garamond" w:hAnsi="Garamond" w:cs="Times New Roman"/>
          <w:sz w:val="24"/>
          <w:szCs w:val="24"/>
          <w:lang w:val="hu-HU"/>
        </w:rPr>
        <w:t xml:space="preserve">. </w:t>
      </w:r>
    </w:p>
    <w:p w14:paraId="49D1E206" w14:textId="230F3FAF" w:rsidR="002E793F" w:rsidRPr="004B38C6" w:rsidRDefault="00661EED" w:rsidP="00661EED">
      <w:pPr>
        <w:jc w:val="both"/>
        <w:rPr>
          <w:rFonts w:ascii="Garamond" w:hAnsi="Garamond" w:cs="Times New Roman"/>
          <w:sz w:val="24"/>
          <w:szCs w:val="24"/>
          <w:lang w:val="hu-HU"/>
        </w:rPr>
      </w:pPr>
      <w:r w:rsidRPr="004B38C6">
        <w:rPr>
          <w:rFonts w:ascii="Garamond" w:hAnsi="Garamond" w:cs="Times New Roman"/>
          <w:sz w:val="24"/>
          <w:szCs w:val="24"/>
          <w:lang w:val="hu-HU"/>
        </w:rPr>
        <w:lastRenderedPageBreak/>
        <w:t>Tudomásul veszem, hogy bár</w:t>
      </w:r>
      <w:r w:rsidR="55D68B8E" w:rsidRPr="004B38C6">
        <w:rPr>
          <w:rFonts w:ascii="Garamond" w:hAnsi="Garamond" w:cs="Times New Roman"/>
          <w:sz w:val="24"/>
          <w:szCs w:val="24"/>
          <w:lang w:val="hu-HU"/>
        </w:rPr>
        <w:t xml:space="preserve"> jelen Szándéknyilatkozat aláírása önmagában nem keletkeztet fizetési kötelezettséget</w:t>
      </w:r>
      <w:r w:rsidRPr="004B38C6">
        <w:rPr>
          <w:rFonts w:ascii="Garamond" w:hAnsi="Garamond" w:cs="Times New Roman"/>
          <w:sz w:val="24"/>
          <w:szCs w:val="24"/>
          <w:lang w:val="hu-HU"/>
        </w:rPr>
        <w:t xml:space="preserve">, azonban </w:t>
      </w:r>
      <w:r w:rsidR="00D9471D" w:rsidRPr="004B38C6">
        <w:rPr>
          <w:rFonts w:ascii="Garamond" w:hAnsi="Garamond" w:cs="Times New Roman"/>
          <w:sz w:val="24"/>
          <w:szCs w:val="24"/>
          <w:lang w:val="hu-HU"/>
        </w:rPr>
        <w:t>a</w:t>
      </w:r>
      <w:r w:rsidR="55D68B8E" w:rsidRPr="004B38C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="00A77193">
        <w:rPr>
          <w:rFonts w:ascii="Garamond" w:hAnsi="Garamond" w:cs="Times New Roman"/>
          <w:sz w:val="24"/>
          <w:szCs w:val="24"/>
          <w:lang w:val="hu-HU"/>
        </w:rPr>
        <w:t>Projekt</w:t>
      </w:r>
      <w:r w:rsidR="55D68B8E" w:rsidRPr="004B38C6">
        <w:rPr>
          <w:rFonts w:ascii="Garamond" w:hAnsi="Garamond" w:cs="Times New Roman"/>
          <w:sz w:val="24"/>
          <w:szCs w:val="24"/>
          <w:lang w:val="hu-HU"/>
        </w:rPr>
        <w:t xml:space="preserve"> előkészítés, valamint az esetleges szolgáltatások/szakértői feladatok </w:t>
      </w:r>
      <w:r w:rsidR="00D9471D" w:rsidRPr="004B38C6">
        <w:rPr>
          <w:rFonts w:ascii="Garamond" w:hAnsi="Garamond" w:cs="Times New Roman"/>
          <w:sz w:val="24"/>
          <w:szCs w:val="24"/>
          <w:lang w:val="hu-HU"/>
        </w:rPr>
        <w:t>során</w:t>
      </w:r>
      <w:r w:rsidR="00352802" w:rsidRPr="004B38C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="0092642B" w:rsidRPr="004B38C6">
        <w:rPr>
          <w:rFonts w:ascii="Garamond" w:hAnsi="Garamond" w:cs="Times New Roman"/>
          <w:sz w:val="24"/>
          <w:szCs w:val="24"/>
          <w:lang w:val="hu-HU"/>
        </w:rPr>
        <w:t>felmerülő költség(</w:t>
      </w:r>
      <w:proofErr w:type="spellStart"/>
      <w:r w:rsidR="0092642B" w:rsidRPr="004B38C6">
        <w:rPr>
          <w:rFonts w:ascii="Garamond" w:hAnsi="Garamond" w:cs="Times New Roman"/>
          <w:sz w:val="24"/>
          <w:szCs w:val="24"/>
          <w:lang w:val="hu-HU"/>
        </w:rPr>
        <w:t>ek</w:t>
      </w:r>
      <w:proofErr w:type="spellEnd"/>
      <w:r w:rsidR="00070217" w:rsidRPr="004B38C6">
        <w:rPr>
          <w:rFonts w:ascii="Garamond" w:hAnsi="Garamond" w:cs="Times New Roman"/>
          <w:sz w:val="24"/>
          <w:szCs w:val="24"/>
          <w:lang w:val="hu-HU"/>
        </w:rPr>
        <w:t>)</w:t>
      </w:r>
      <w:r w:rsidR="0092642B" w:rsidRPr="004B38C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="55D68B8E" w:rsidRPr="004B38C6">
        <w:rPr>
          <w:rFonts w:ascii="Garamond" w:hAnsi="Garamond" w:cs="Times New Roman"/>
          <w:sz w:val="24"/>
          <w:szCs w:val="24"/>
          <w:lang w:val="hu-HU"/>
        </w:rPr>
        <w:t xml:space="preserve">viselését </w:t>
      </w:r>
      <w:r w:rsidR="00070217" w:rsidRPr="004B38C6">
        <w:rPr>
          <w:rFonts w:ascii="Garamond" w:hAnsi="Garamond" w:cs="Times New Roman"/>
          <w:sz w:val="24"/>
          <w:szCs w:val="24"/>
          <w:lang w:val="hu-HU"/>
        </w:rPr>
        <w:t>Pályázóval a Megállapodásban rö</w:t>
      </w:r>
      <w:r w:rsidR="00B155BD" w:rsidRPr="004B38C6">
        <w:rPr>
          <w:rFonts w:ascii="Garamond" w:hAnsi="Garamond" w:cs="Times New Roman"/>
          <w:sz w:val="24"/>
          <w:szCs w:val="24"/>
          <w:lang w:val="hu-HU"/>
        </w:rPr>
        <w:t>gzítem</w:t>
      </w:r>
      <w:r w:rsidR="55D68B8E" w:rsidRPr="004B38C6">
        <w:rPr>
          <w:rFonts w:ascii="Garamond" w:hAnsi="Garamond" w:cs="Times New Roman"/>
          <w:sz w:val="24"/>
          <w:szCs w:val="24"/>
          <w:lang w:val="hu-HU"/>
        </w:rPr>
        <w:t>.</w:t>
      </w:r>
    </w:p>
    <w:p w14:paraId="463C7385" w14:textId="7A689C87" w:rsidR="0016701A" w:rsidRPr="004B38C6" w:rsidRDefault="00B155BD" w:rsidP="6F64973B">
      <w:pPr>
        <w:jc w:val="both"/>
        <w:rPr>
          <w:rFonts w:ascii="Garamond" w:hAnsi="Garamond" w:cs="Times New Roman"/>
          <w:sz w:val="24"/>
          <w:szCs w:val="24"/>
          <w:lang w:val="hu-HU"/>
        </w:rPr>
      </w:pPr>
      <w:r w:rsidRPr="004B38C6">
        <w:rPr>
          <w:rFonts w:ascii="Garamond" w:hAnsi="Garamond" w:cs="Times New Roman"/>
          <w:sz w:val="24"/>
          <w:szCs w:val="24"/>
          <w:lang w:val="hu-HU"/>
        </w:rPr>
        <w:t>Jelen</w:t>
      </w:r>
      <w:r w:rsidR="04F22E67" w:rsidRPr="004B38C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Pr="004B38C6">
        <w:rPr>
          <w:rFonts w:ascii="Garamond" w:hAnsi="Garamond" w:cs="Times New Roman"/>
          <w:sz w:val="24"/>
          <w:szCs w:val="24"/>
          <w:lang w:val="hu-HU"/>
        </w:rPr>
        <w:t>szán</w:t>
      </w:r>
      <w:r w:rsidR="000B1DCC" w:rsidRPr="004B38C6">
        <w:rPr>
          <w:rFonts w:ascii="Garamond" w:hAnsi="Garamond" w:cs="Times New Roman"/>
          <w:sz w:val="24"/>
          <w:szCs w:val="24"/>
          <w:lang w:val="hu-HU"/>
        </w:rPr>
        <w:t>d</w:t>
      </w:r>
      <w:r w:rsidRPr="004B38C6">
        <w:rPr>
          <w:rFonts w:ascii="Garamond" w:hAnsi="Garamond" w:cs="Times New Roman"/>
          <w:sz w:val="24"/>
          <w:szCs w:val="24"/>
          <w:lang w:val="hu-HU"/>
        </w:rPr>
        <w:t>éknyilatkozatot a Társaság nevében</w:t>
      </w:r>
      <w:r w:rsidR="00C351CB" w:rsidRPr="004B38C6">
        <w:rPr>
          <w:rFonts w:ascii="Garamond" w:hAnsi="Garamond" w:cs="Times New Roman"/>
          <w:sz w:val="24"/>
          <w:szCs w:val="24"/>
          <w:lang w:val="hu-HU"/>
        </w:rPr>
        <w:t xml:space="preserve">, a </w:t>
      </w:r>
      <w:r w:rsidR="00A77193">
        <w:rPr>
          <w:rFonts w:ascii="Garamond" w:hAnsi="Garamond" w:cs="Times New Roman"/>
          <w:sz w:val="24"/>
          <w:szCs w:val="24"/>
          <w:lang w:val="hu-HU"/>
        </w:rPr>
        <w:t>F</w:t>
      </w:r>
      <w:r w:rsidR="00C351CB" w:rsidRPr="004B38C6">
        <w:rPr>
          <w:rFonts w:ascii="Garamond" w:hAnsi="Garamond" w:cs="Times New Roman"/>
          <w:sz w:val="24"/>
          <w:szCs w:val="24"/>
          <w:lang w:val="hu-HU"/>
        </w:rPr>
        <w:t>elhívás ismeretében</w:t>
      </w:r>
      <w:r w:rsidR="00CC39F6" w:rsidRPr="004B38C6">
        <w:rPr>
          <w:rFonts w:ascii="Garamond" w:hAnsi="Garamond" w:cs="Times New Roman"/>
          <w:sz w:val="24"/>
          <w:szCs w:val="24"/>
          <w:lang w:val="hu-HU"/>
        </w:rPr>
        <w:t>,</w:t>
      </w:r>
      <w:r w:rsidR="00C351CB" w:rsidRPr="004B38C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="00CC39F6" w:rsidRPr="004B38C6">
        <w:rPr>
          <w:rFonts w:ascii="Garamond" w:hAnsi="Garamond" w:cs="Times New Roman"/>
          <w:sz w:val="24"/>
          <w:szCs w:val="24"/>
          <w:lang w:val="hu-HU"/>
        </w:rPr>
        <w:t>saját akaratomból</w:t>
      </w:r>
      <w:r w:rsidRPr="004B38C6">
        <w:rPr>
          <w:rFonts w:ascii="Garamond" w:hAnsi="Garamond" w:cs="Times New Roman"/>
          <w:sz w:val="24"/>
          <w:szCs w:val="24"/>
          <w:lang w:val="hu-HU"/>
        </w:rPr>
        <w:t xml:space="preserve"> határozott időtartamra adom ki,</w:t>
      </w:r>
      <w:r w:rsidR="00FB4DBF" w:rsidRPr="004B38C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="008250D1">
        <w:rPr>
          <w:rFonts w:ascii="Garamond" w:hAnsi="Garamond" w:cs="Times New Roman"/>
          <w:sz w:val="24"/>
          <w:szCs w:val="24"/>
          <w:lang w:val="hu-HU"/>
        </w:rPr>
        <w:t>azt</w:t>
      </w:r>
      <w:r w:rsidRPr="004B38C6">
        <w:rPr>
          <w:rFonts w:ascii="Garamond" w:hAnsi="Garamond" w:cs="Times New Roman"/>
          <w:sz w:val="24"/>
          <w:szCs w:val="24"/>
          <w:lang w:val="hu-HU"/>
        </w:rPr>
        <w:t xml:space="preserve"> </w:t>
      </w:r>
      <w:r w:rsidR="00CA2455" w:rsidRPr="004B38C6">
        <w:rPr>
          <w:rFonts w:ascii="Garamond" w:hAnsi="Garamond" w:cs="Times New Roman"/>
          <w:sz w:val="24"/>
          <w:szCs w:val="24"/>
          <w:lang w:val="hu-HU"/>
        </w:rPr>
        <w:t xml:space="preserve">jelen nyilatkozat aláírásától számított </w:t>
      </w:r>
      <w:r w:rsidR="04F22E67" w:rsidRPr="004B38C6">
        <w:rPr>
          <w:rFonts w:ascii="Garamond" w:hAnsi="Garamond" w:cs="Times New Roman"/>
          <w:sz w:val="24"/>
          <w:szCs w:val="24"/>
          <w:lang w:val="hu-HU"/>
        </w:rPr>
        <w:t>6 (hat) hónap</w:t>
      </w:r>
      <w:r w:rsidR="00CA2455" w:rsidRPr="004B38C6">
        <w:rPr>
          <w:rFonts w:ascii="Garamond" w:hAnsi="Garamond" w:cs="Times New Roman"/>
          <w:sz w:val="24"/>
          <w:szCs w:val="24"/>
          <w:lang w:val="hu-HU"/>
        </w:rPr>
        <w:t>ig tar</w:t>
      </w:r>
      <w:r w:rsidR="00A519EB" w:rsidRPr="004B38C6">
        <w:rPr>
          <w:rFonts w:ascii="Garamond" w:hAnsi="Garamond" w:cs="Times New Roman"/>
          <w:sz w:val="24"/>
          <w:szCs w:val="24"/>
          <w:lang w:val="hu-HU"/>
        </w:rPr>
        <w:t>t</w:t>
      </w:r>
      <w:r w:rsidR="00CA2455" w:rsidRPr="004B38C6">
        <w:rPr>
          <w:rFonts w:ascii="Garamond" w:hAnsi="Garamond" w:cs="Times New Roman"/>
          <w:sz w:val="24"/>
          <w:szCs w:val="24"/>
          <w:lang w:val="hu-HU"/>
        </w:rPr>
        <w:t>o</w:t>
      </w:r>
      <w:r w:rsidR="00ED2263">
        <w:rPr>
          <w:rFonts w:ascii="Garamond" w:hAnsi="Garamond" w:cs="Times New Roman"/>
          <w:sz w:val="24"/>
          <w:szCs w:val="24"/>
          <w:lang w:val="hu-HU"/>
        </w:rPr>
        <w:t>m</w:t>
      </w:r>
      <w:r w:rsidR="00CA2455" w:rsidRPr="004B38C6">
        <w:rPr>
          <w:rFonts w:ascii="Garamond" w:hAnsi="Garamond" w:cs="Times New Roman"/>
          <w:sz w:val="24"/>
          <w:szCs w:val="24"/>
          <w:lang w:val="hu-HU"/>
        </w:rPr>
        <w:t xml:space="preserve"> fenn</w:t>
      </w:r>
      <w:r w:rsidR="00BA492B" w:rsidRPr="004B38C6">
        <w:rPr>
          <w:rFonts w:ascii="Garamond" w:hAnsi="Garamond" w:cs="Times New Roman"/>
          <w:sz w:val="24"/>
          <w:szCs w:val="24"/>
          <w:lang w:val="hu-HU"/>
        </w:rPr>
        <w:t>, ezen idő elteltét követően</w:t>
      </w:r>
      <w:r w:rsidR="00ED2263">
        <w:rPr>
          <w:rFonts w:ascii="Garamond" w:hAnsi="Garamond" w:cs="Times New Roman"/>
          <w:sz w:val="24"/>
          <w:szCs w:val="24"/>
          <w:lang w:val="hu-HU"/>
        </w:rPr>
        <w:t xml:space="preserve"> szándéknyilatkozatom</w:t>
      </w:r>
      <w:r w:rsidR="00BA492B" w:rsidRPr="004B38C6">
        <w:rPr>
          <w:rFonts w:ascii="Garamond" w:hAnsi="Garamond" w:cs="Times New Roman"/>
          <w:sz w:val="24"/>
          <w:szCs w:val="24"/>
          <w:lang w:val="hu-HU"/>
        </w:rPr>
        <w:t xml:space="preserve"> minden egyéb jogcselekmény</w:t>
      </w:r>
      <w:r w:rsidR="008E2CF8" w:rsidRPr="004B38C6">
        <w:rPr>
          <w:rFonts w:ascii="Garamond" w:hAnsi="Garamond" w:cs="Times New Roman"/>
          <w:sz w:val="24"/>
          <w:szCs w:val="24"/>
          <w:lang w:val="hu-HU"/>
        </w:rPr>
        <w:t xml:space="preserve"> nélkül hatályát veszti.</w:t>
      </w:r>
    </w:p>
    <w:p w14:paraId="6654091D" w14:textId="0221F421" w:rsidR="00A519EB" w:rsidRPr="004B38C6" w:rsidRDefault="00A519EB" w:rsidP="6F64973B">
      <w:pPr>
        <w:jc w:val="both"/>
        <w:rPr>
          <w:rFonts w:ascii="Garamond" w:hAnsi="Garamond" w:cs="Times New Roman"/>
          <w:sz w:val="24"/>
          <w:szCs w:val="24"/>
          <w:lang w:val="hu-HU"/>
        </w:rPr>
      </w:pPr>
    </w:p>
    <w:p w14:paraId="306FE24D" w14:textId="77777777" w:rsidR="002E793F" w:rsidRPr="004B38C6" w:rsidRDefault="55D68B8E" w:rsidP="6C41EA29">
      <w:pPr>
        <w:rPr>
          <w:rFonts w:ascii="Garamond" w:hAnsi="Garamond" w:cs="Times New Roman"/>
          <w:sz w:val="24"/>
          <w:szCs w:val="24"/>
        </w:rPr>
      </w:pPr>
      <w:r w:rsidRPr="004B38C6">
        <w:rPr>
          <w:rFonts w:ascii="Garamond" w:hAnsi="Garamond" w:cs="Times New Roman"/>
          <w:sz w:val="24"/>
          <w:szCs w:val="24"/>
        </w:rPr>
        <w:t xml:space="preserve">Kelt: ________________________, 2026. ____________ </w:t>
      </w:r>
      <w:proofErr w:type="spellStart"/>
      <w:r w:rsidRPr="004B38C6">
        <w:rPr>
          <w:rFonts w:ascii="Garamond" w:hAnsi="Garamond" w:cs="Times New Roman"/>
          <w:sz w:val="24"/>
          <w:szCs w:val="24"/>
        </w:rPr>
        <w:t>napján</w:t>
      </w:r>
      <w:proofErr w:type="spellEnd"/>
    </w:p>
    <w:p w14:paraId="4F4971AC" w14:textId="77777777" w:rsidR="002E793F" w:rsidRPr="004B38C6" w:rsidRDefault="002E793F" w:rsidP="6F64973B">
      <w:pPr>
        <w:rPr>
          <w:rFonts w:ascii="Garamond" w:hAnsi="Garamond" w:cs="Times New Roman"/>
          <w:sz w:val="24"/>
          <w:szCs w:val="24"/>
          <w:lang w:val="hu-HU"/>
        </w:rPr>
      </w:pPr>
    </w:p>
    <w:p w14:paraId="05D9382D" w14:textId="77777777" w:rsidR="00A519EB" w:rsidRPr="004B38C6" w:rsidRDefault="00A519EB" w:rsidP="6F64973B">
      <w:pPr>
        <w:rPr>
          <w:rFonts w:ascii="Garamond" w:hAnsi="Garamond" w:cs="Times New Roman"/>
          <w:sz w:val="24"/>
          <w:szCs w:val="24"/>
          <w:lang w:val="hu-HU"/>
        </w:rPr>
      </w:pPr>
    </w:p>
    <w:tbl>
      <w:tblPr>
        <w:tblStyle w:val="Rcsostblzat"/>
        <w:tblW w:w="4698" w:type="dxa"/>
        <w:tblInd w:w="48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8"/>
      </w:tblGrid>
      <w:tr w:rsidR="00A519EB" w:rsidRPr="00C4620F" w14:paraId="290C6FD1" w14:textId="77777777" w:rsidTr="004B38C6">
        <w:tc>
          <w:tcPr>
            <w:tcW w:w="4698" w:type="dxa"/>
          </w:tcPr>
          <w:p w14:paraId="2697E3D5" w14:textId="596DC6B2" w:rsidR="009477B6" w:rsidRPr="004B38C6" w:rsidRDefault="00A519EB" w:rsidP="00A519EB">
            <w:pPr>
              <w:jc w:val="center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4B38C6">
              <w:rPr>
                <w:rFonts w:ascii="Garamond" w:hAnsi="Garamond"/>
                <w:sz w:val="24"/>
                <w:szCs w:val="24"/>
                <w:lang w:val="hu-HU"/>
              </w:rPr>
              <w:br/>
            </w:r>
            <w:r w:rsidRPr="004B38C6">
              <w:rPr>
                <w:rFonts w:ascii="Garamond" w:hAnsi="Garamond"/>
                <w:sz w:val="24"/>
                <w:szCs w:val="24"/>
                <w:lang w:val="hu-HU"/>
              </w:rPr>
              <w:br/>
            </w:r>
            <w:r w:rsidRPr="004B38C6">
              <w:rPr>
                <w:rFonts w:ascii="Garamond" w:hAnsi="Garamond" w:cs="Times New Roman"/>
                <w:sz w:val="24"/>
                <w:szCs w:val="24"/>
                <w:lang w:val="hu-HU"/>
              </w:rPr>
              <w:t>____________________________</w:t>
            </w:r>
            <w:r w:rsidRPr="004B38C6">
              <w:rPr>
                <w:rFonts w:ascii="Garamond" w:hAnsi="Garamond"/>
                <w:sz w:val="24"/>
                <w:szCs w:val="24"/>
                <w:lang w:val="hu-HU"/>
              </w:rPr>
              <w:br/>
            </w:r>
            <w:r w:rsidR="00D327B9" w:rsidRPr="004B38C6">
              <w:rPr>
                <w:rFonts w:ascii="Garamond" w:hAnsi="Garamond" w:cs="Times New Roman"/>
                <w:sz w:val="24"/>
                <w:szCs w:val="24"/>
                <w:lang w:val="hu-HU"/>
              </w:rPr>
              <w:t>[Társaság neve</w:t>
            </w:r>
            <w:r w:rsidR="00E24C82" w:rsidRPr="004B38C6">
              <w:rPr>
                <w:rFonts w:ascii="Garamond" w:hAnsi="Garamond" w:cs="Times New Roman"/>
                <w:sz w:val="24"/>
                <w:szCs w:val="24"/>
                <w:lang w:val="hu-HU"/>
              </w:rPr>
              <w:t>]</w:t>
            </w:r>
          </w:p>
          <w:p w14:paraId="4D1DF969" w14:textId="636C7A92" w:rsidR="00A519EB" w:rsidRDefault="00A519EB" w:rsidP="00A519EB">
            <w:pPr>
              <w:jc w:val="center"/>
              <w:rPr>
                <w:rFonts w:ascii="Garamond" w:hAnsi="Garamond" w:cs="Times New Roman"/>
                <w:sz w:val="24"/>
                <w:szCs w:val="24"/>
                <w:lang w:val="hu-HU"/>
              </w:rPr>
            </w:pPr>
            <w:r w:rsidRPr="004B38C6">
              <w:rPr>
                <w:rFonts w:ascii="Garamond" w:hAnsi="Garamond" w:cs="Times New Roman"/>
                <w:sz w:val="24"/>
                <w:szCs w:val="24"/>
                <w:lang w:val="hu-HU"/>
              </w:rPr>
              <w:t>[</w:t>
            </w:r>
            <w:r w:rsidR="00E24C82" w:rsidRPr="004B38C6">
              <w:rPr>
                <w:rFonts w:ascii="Garamond" w:hAnsi="Garamond" w:cs="Times New Roman"/>
                <w:sz w:val="24"/>
                <w:szCs w:val="24"/>
                <w:lang w:val="hu-HU"/>
              </w:rPr>
              <w:t>Képviselő neve</w:t>
            </w:r>
            <w:r w:rsidRPr="004B38C6">
              <w:rPr>
                <w:rFonts w:ascii="Garamond" w:hAnsi="Garamond" w:cs="Times New Roman"/>
                <w:sz w:val="24"/>
                <w:szCs w:val="24"/>
                <w:lang w:val="hu-HU"/>
              </w:rPr>
              <w:t>]</w:t>
            </w:r>
            <w:r w:rsidRPr="004B38C6">
              <w:rPr>
                <w:rFonts w:ascii="Garamond" w:hAnsi="Garamond"/>
                <w:sz w:val="24"/>
                <w:szCs w:val="24"/>
                <w:lang w:val="hu-HU"/>
              </w:rPr>
              <w:br/>
            </w:r>
            <w:r w:rsidRPr="004B38C6">
              <w:rPr>
                <w:rFonts w:ascii="Garamond" w:hAnsi="Garamond" w:cs="Times New Roman"/>
                <w:sz w:val="24"/>
                <w:szCs w:val="24"/>
                <w:lang w:val="hu-HU"/>
              </w:rPr>
              <w:t>[beosztás]</w:t>
            </w:r>
          </w:p>
          <w:p w14:paraId="7E0BE2E5" w14:textId="35CF3392" w:rsidR="00FF4593" w:rsidRPr="004B38C6" w:rsidRDefault="00FF4593" w:rsidP="004B38C6">
            <w:pPr>
              <w:jc w:val="center"/>
              <w:rPr>
                <w:rFonts w:ascii="Garamond" w:hAnsi="Garamond" w:cs="Times New Roman"/>
                <w:b/>
                <w:bCs/>
                <w:sz w:val="24"/>
                <w:szCs w:val="24"/>
                <w:lang w:val="hu-HU"/>
              </w:rPr>
            </w:pPr>
            <w:r w:rsidRPr="004B38C6">
              <w:rPr>
                <w:rFonts w:ascii="Garamond" w:hAnsi="Garamond" w:cs="Times New Roman"/>
                <w:b/>
                <w:bCs/>
                <w:sz w:val="24"/>
                <w:szCs w:val="24"/>
                <w:lang w:val="hu-HU"/>
              </w:rPr>
              <w:t>Partner</w:t>
            </w:r>
          </w:p>
        </w:tc>
      </w:tr>
    </w:tbl>
    <w:p w14:paraId="4777E255" w14:textId="7D344432" w:rsidR="002E793F" w:rsidRPr="004B38C6" w:rsidRDefault="002E793F" w:rsidP="6F64973B">
      <w:pPr>
        <w:rPr>
          <w:rFonts w:ascii="Garamond" w:hAnsi="Garamond" w:cs="Times New Roman"/>
          <w:sz w:val="24"/>
          <w:szCs w:val="24"/>
          <w:lang w:val="hu-HU"/>
        </w:rPr>
      </w:pPr>
    </w:p>
    <w:sectPr w:rsidR="002E793F" w:rsidRPr="004B38C6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54446847">
    <w:abstractNumId w:val="8"/>
  </w:num>
  <w:num w:numId="2" w16cid:durableId="724833175">
    <w:abstractNumId w:val="6"/>
  </w:num>
  <w:num w:numId="3" w16cid:durableId="1963883700">
    <w:abstractNumId w:val="5"/>
  </w:num>
  <w:num w:numId="4" w16cid:durableId="1034309553">
    <w:abstractNumId w:val="4"/>
  </w:num>
  <w:num w:numId="5" w16cid:durableId="1335064792">
    <w:abstractNumId w:val="7"/>
  </w:num>
  <w:num w:numId="6" w16cid:durableId="296616416">
    <w:abstractNumId w:val="3"/>
  </w:num>
  <w:num w:numId="7" w16cid:durableId="1557547623">
    <w:abstractNumId w:val="2"/>
  </w:num>
  <w:num w:numId="8" w16cid:durableId="565070962">
    <w:abstractNumId w:val="1"/>
  </w:num>
  <w:num w:numId="9" w16cid:durableId="1556742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2617"/>
    <w:rsid w:val="00031F08"/>
    <w:rsid w:val="00034616"/>
    <w:rsid w:val="00056C15"/>
    <w:rsid w:val="0006063C"/>
    <w:rsid w:val="00070217"/>
    <w:rsid w:val="000A4376"/>
    <w:rsid w:val="000B1DCC"/>
    <w:rsid w:val="000B2BF6"/>
    <w:rsid w:val="000B3CC9"/>
    <w:rsid w:val="000B62D4"/>
    <w:rsid w:val="000D1BD0"/>
    <w:rsid w:val="000F4444"/>
    <w:rsid w:val="00135A91"/>
    <w:rsid w:val="0015074B"/>
    <w:rsid w:val="00160D2F"/>
    <w:rsid w:val="0016701A"/>
    <w:rsid w:val="001A779F"/>
    <w:rsid w:val="001B7BC0"/>
    <w:rsid w:val="001D32DF"/>
    <w:rsid w:val="001D4CA4"/>
    <w:rsid w:val="00226916"/>
    <w:rsid w:val="00232792"/>
    <w:rsid w:val="00262426"/>
    <w:rsid w:val="00266DF1"/>
    <w:rsid w:val="00295AD8"/>
    <w:rsid w:val="0029639D"/>
    <w:rsid w:val="002B77A5"/>
    <w:rsid w:val="002D20D4"/>
    <w:rsid w:val="002E27E5"/>
    <w:rsid w:val="002E793F"/>
    <w:rsid w:val="00300351"/>
    <w:rsid w:val="003176E9"/>
    <w:rsid w:val="00326F90"/>
    <w:rsid w:val="00334781"/>
    <w:rsid w:val="00341094"/>
    <w:rsid w:val="00341A5E"/>
    <w:rsid w:val="00352802"/>
    <w:rsid w:val="003679EA"/>
    <w:rsid w:val="003703E2"/>
    <w:rsid w:val="00383B3C"/>
    <w:rsid w:val="0039532F"/>
    <w:rsid w:val="003D2AF1"/>
    <w:rsid w:val="003F1DE1"/>
    <w:rsid w:val="00404A09"/>
    <w:rsid w:val="00442B73"/>
    <w:rsid w:val="00471EC5"/>
    <w:rsid w:val="00480025"/>
    <w:rsid w:val="004A7A86"/>
    <w:rsid w:val="004B38C6"/>
    <w:rsid w:val="004B45C0"/>
    <w:rsid w:val="004F50EA"/>
    <w:rsid w:val="00514A04"/>
    <w:rsid w:val="0053532F"/>
    <w:rsid w:val="005612AD"/>
    <w:rsid w:val="005746E2"/>
    <w:rsid w:val="00582C55"/>
    <w:rsid w:val="00594844"/>
    <w:rsid w:val="00596A3D"/>
    <w:rsid w:val="005E3946"/>
    <w:rsid w:val="00603FE1"/>
    <w:rsid w:val="00624E37"/>
    <w:rsid w:val="006352EF"/>
    <w:rsid w:val="00641F2C"/>
    <w:rsid w:val="00661EED"/>
    <w:rsid w:val="006C3B47"/>
    <w:rsid w:val="006F7A87"/>
    <w:rsid w:val="007115F1"/>
    <w:rsid w:val="007D43BC"/>
    <w:rsid w:val="008250D1"/>
    <w:rsid w:val="00834EA9"/>
    <w:rsid w:val="00842358"/>
    <w:rsid w:val="00866357"/>
    <w:rsid w:val="008879C8"/>
    <w:rsid w:val="0089739B"/>
    <w:rsid w:val="008A2224"/>
    <w:rsid w:val="008E2CF8"/>
    <w:rsid w:val="009047F4"/>
    <w:rsid w:val="009062A5"/>
    <w:rsid w:val="00917E02"/>
    <w:rsid w:val="0092642B"/>
    <w:rsid w:val="00941601"/>
    <w:rsid w:val="009477B6"/>
    <w:rsid w:val="0097379E"/>
    <w:rsid w:val="009A5C8B"/>
    <w:rsid w:val="009B7307"/>
    <w:rsid w:val="00A36D47"/>
    <w:rsid w:val="00A519EB"/>
    <w:rsid w:val="00A77193"/>
    <w:rsid w:val="00A82D0E"/>
    <w:rsid w:val="00A9174C"/>
    <w:rsid w:val="00A933B3"/>
    <w:rsid w:val="00AA1D8D"/>
    <w:rsid w:val="00AB5E0C"/>
    <w:rsid w:val="00AB6FD8"/>
    <w:rsid w:val="00AC02B8"/>
    <w:rsid w:val="00AD6832"/>
    <w:rsid w:val="00AE024B"/>
    <w:rsid w:val="00AE14BA"/>
    <w:rsid w:val="00AE5338"/>
    <w:rsid w:val="00AF11A2"/>
    <w:rsid w:val="00B1430E"/>
    <w:rsid w:val="00B155BD"/>
    <w:rsid w:val="00B20769"/>
    <w:rsid w:val="00B47730"/>
    <w:rsid w:val="00B47999"/>
    <w:rsid w:val="00BA492B"/>
    <w:rsid w:val="00BA7887"/>
    <w:rsid w:val="00C04EE4"/>
    <w:rsid w:val="00C072E3"/>
    <w:rsid w:val="00C10883"/>
    <w:rsid w:val="00C13091"/>
    <w:rsid w:val="00C31326"/>
    <w:rsid w:val="00C314A7"/>
    <w:rsid w:val="00C351CB"/>
    <w:rsid w:val="00C4620F"/>
    <w:rsid w:val="00C53A71"/>
    <w:rsid w:val="00C707D1"/>
    <w:rsid w:val="00C81B5D"/>
    <w:rsid w:val="00C95CAC"/>
    <w:rsid w:val="00CA2455"/>
    <w:rsid w:val="00CA3BFC"/>
    <w:rsid w:val="00CB0664"/>
    <w:rsid w:val="00CB6E05"/>
    <w:rsid w:val="00CC1272"/>
    <w:rsid w:val="00CC39F6"/>
    <w:rsid w:val="00CD4D21"/>
    <w:rsid w:val="00CE361E"/>
    <w:rsid w:val="00CE55C2"/>
    <w:rsid w:val="00CF0818"/>
    <w:rsid w:val="00CF6414"/>
    <w:rsid w:val="00D032C5"/>
    <w:rsid w:val="00D05286"/>
    <w:rsid w:val="00D327B9"/>
    <w:rsid w:val="00D401E3"/>
    <w:rsid w:val="00D71F9D"/>
    <w:rsid w:val="00D850B8"/>
    <w:rsid w:val="00D9471D"/>
    <w:rsid w:val="00DB5F2B"/>
    <w:rsid w:val="00DC5DB7"/>
    <w:rsid w:val="00DE4F34"/>
    <w:rsid w:val="00E0303D"/>
    <w:rsid w:val="00E03DB3"/>
    <w:rsid w:val="00E24C82"/>
    <w:rsid w:val="00E44F6E"/>
    <w:rsid w:val="00E512C8"/>
    <w:rsid w:val="00E61F1F"/>
    <w:rsid w:val="00EA2CF0"/>
    <w:rsid w:val="00ED2263"/>
    <w:rsid w:val="00ED5295"/>
    <w:rsid w:val="00F014CC"/>
    <w:rsid w:val="00F262CD"/>
    <w:rsid w:val="00F36883"/>
    <w:rsid w:val="00F963EB"/>
    <w:rsid w:val="00F964C9"/>
    <w:rsid w:val="00FB4DBF"/>
    <w:rsid w:val="00FC525C"/>
    <w:rsid w:val="00FC693F"/>
    <w:rsid w:val="00FF30CF"/>
    <w:rsid w:val="00FF4593"/>
    <w:rsid w:val="03C0DA31"/>
    <w:rsid w:val="04F22E67"/>
    <w:rsid w:val="09C7A144"/>
    <w:rsid w:val="0F865F78"/>
    <w:rsid w:val="12B7FB73"/>
    <w:rsid w:val="2401066D"/>
    <w:rsid w:val="2E46EBFE"/>
    <w:rsid w:val="3BD813CA"/>
    <w:rsid w:val="3E4E79C3"/>
    <w:rsid w:val="4E945980"/>
    <w:rsid w:val="55D68B8E"/>
    <w:rsid w:val="57F573CB"/>
    <w:rsid w:val="5DE4C676"/>
    <w:rsid w:val="62AB4638"/>
    <w:rsid w:val="62D9716E"/>
    <w:rsid w:val="6C41EA29"/>
    <w:rsid w:val="6E9FFEC7"/>
    <w:rsid w:val="6F64973B"/>
    <w:rsid w:val="7178BC9D"/>
    <w:rsid w:val="7514577A"/>
    <w:rsid w:val="7D8C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D9B34F"/>
  <w14:defaultImageDpi w14:val="300"/>
  <w15:docId w15:val="{A94EF71B-730B-4AF1-BEFF-56F8ABDFF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rPr>
      <w:rFonts w:ascii="Calibri" w:hAnsi="Calibri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Vltozat">
    <w:name w:val="Revision"/>
    <w:hidden/>
    <w:uiPriority w:val="99"/>
    <w:semiHidden/>
    <w:rsid w:val="008879C8"/>
    <w:pPr>
      <w:spacing w:after="0" w:line="240" w:lineRule="auto"/>
    </w:pPr>
    <w:rPr>
      <w:rFonts w:ascii="Calibri" w:hAnsi="Calibri"/>
    </w:rPr>
  </w:style>
  <w:style w:type="character" w:styleId="Jegyzethivatkozs">
    <w:name w:val="annotation reference"/>
    <w:basedOn w:val="Bekezdsalapbettpusa"/>
    <w:uiPriority w:val="99"/>
    <w:semiHidden/>
    <w:unhideWhenUsed/>
    <w:rsid w:val="003703E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703E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703E2"/>
    <w:rPr>
      <w:rFonts w:ascii="Calibri" w:hAnsi="Calibri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703E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703E2"/>
    <w:rPr>
      <w:rFonts w:ascii="Calibri" w:hAnsi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967227-da99-4dd8-9f70-90b704da6498" xsi:nil="true"/>
    <lcf76f155ced4ddcb4097134ff3c332f xmlns="8649fde1-4140-4f8f-85bb-e0af2e4deafd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D002D458A3C93449B74379DB183BC41" ma:contentTypeVersion="18" ma:contentTypeDescription="Új dokumentum létrehozása." ma:contentTypeScope="" ma:versionID="0514755a377a20cede541c03981f4d07">
  <xsd:schema xmlns:xsd="http://www.w3.org/2001/XMLSchema" xmlns:xs="http://www.w3.org/2001/XMLSchema" xmlns:p="http://schemas.microsoft.com/office/2006/metadata/properties" xmlns:ns2="8649fde1-4140-4f8f-85bb-e0af2e4deafd" xmlns:ns3="bf967227-da99-4dd8-9f70-90b704da6498" targetNamespace="http://schemas.microsoft.com/office/2006/metadata/properties" ma:root="true" ma:fieldsID="779eb3cf5abe84653e442aa04fde7640" ns2:_="" ns3:_="">
    <xsd:import namespace="8649fde1-4140-4f8f-85bb-e0af2e4deafd"/>
    <xsd:import namespace="bf967227-da99-4dd8-9f70-90b704da6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9fde1-4140-4f8f-85bb-e0af2e4dea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Képcímkék" ma:readOnly="false" ma:fieldId="{5cf76f15-5ced-4ddc-b409-7134ff3c332f}" ma:taxonomyMulti="true" ma:sspId="492fa465-d34b-49ca-9b70-7aa349b28f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67227-da99-4dd8-9f70-90b704da649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82c95a6-33d3-4455-9907-26d9b50a96c2}" ma:internalName="TaxCatchAll" ma:showField="CatchAllData" ma:web="bf967227-da99-4dd8-9f70-90b704da6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D9515B-B66E-49CF-81FF-D1CBCF751A8C}">
  <ds:schemaRefs>
    <ds:schemaRef ds:uri="http://schemas.microsoft.com/office/2006/metadata/properties"/>
    <ds:schemaRef ds:uri="http://schemas.microsoft.com/office/infopath/2007/PartnerControls"/>
    <ds:schemaRef ds:uri="bf967227-da99-4dd8-9f70-90b704da6498"/>
    <ds:schemaRef ds:uri="8649fde1-4140-4f8f-85bb-e0af2e4deafd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6772857-E127-46EB-A035-891CDCCB2A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49fde1-4140-4f8f-85bb-e0af2e4deafd"/>
    <ds:schemaRef ds:uri="bf967227-da99-4dd8-9f70-90b704da64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DDB95E-001D-4CBD-A06A-D94017A600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2835</Characters>
  <Application>Microsoft Office Word</Application>
  <DocSecurity>0</DocSecurity>
  <Lines>23</Lines>
  <Paragraphs>6</Paragraphs>
  <ScaleCrop>false</ScaleCrop>
  <Manager/>
  <Company/>
  <LinksUpToDate>false</LinksUpToDate>
  <CharactersWithSpaces>3239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Malkócs Ivett</cp:lastModifiedBy>
  <cp:revision>2</cp:revision>
  <dcterms:created xsi:type="dcterms:W3CDTF">2026-03-12T11:59:00Z</dcterms:created>
  <dcterms:modified xsi:type="dcterms:W3CDTF">2026-03-12T11:59:00Z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0x0101006D002D458A3C93449B74379DB183BC41</vt:lpwstr>
  </property>
  <property fmtid="{D5CDD505-2E9C-101B-9397-08002B2CF9AE}" pid="3" name="MediaServiceImageTags">
    <vt:lpwstr/>
  </property>
</Properties>
</file>